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8955F" w14:textId="5E1F3EDD" w:rsidR="00B74B4D" w:rsidRPr="00B74B4D" w:rsidRDefault="00B74B4D" w:rsidP="00536797">
      <w:pPr>
        <w:adjustRightInd w:val="0"/>
        <w:snapToGrid w:val="0"/>
        <w:spacing w:after="0" w:line="240" w:lineRule="auto"/>
        <w:jc w:val="center"/>
        <w:rPr>
          <w:rFonts w:ascii="Times New Roman" w:eastAsia="標楷體" w:hAnsi="Times New Roman" w:cs="Times New Roman"/>
          <w:b/>
          <w:sz w:val="80"/>
          <w:szCs w:val="80"/>
          <w:lang w:eastAsia="zh-TW"/>
        </w:rPr>
      </w:pPr>
      <w:r w:rsidRPr="00B74B4D">
        <w:rPr>
          <w:rFonts w:ascii="Times New Roman" w:eastAsia="標楷體" w:hAnsi="Times New Roman" w:cs="Times New Roman" w:hint="eastAsia"/>
          <w:b/>
          <w:sz w:val="80"/>
          <w:szCs w:val="80"/>
          <w:lang w:eastAsia="zh-TW"/>
        </w:rPr>
        <w:t>中華民國太極拳總會</w:t>
      </w:r>
    </w:p>
    <w:p w14:paraId="15202514" w14:textId="5346A91E" w:rsidR="007360DD" w:rsidRPr="00B62328" w:rsidRDefault="00985939" w:rsidP="00536797">
      <w:pPr>
        <w:adjustRightInd w:val="0"/>
        <w:snapToGrid w:val="0"/>
        <w:spacing w:after="0" w:line="240" w:lineRule="auto"/>
        <w:jc w:val="center"/>
        <w:rPr>
          <w:rFonts w:ascii="Times New Roman" w:eastAsia="標楷體" w:hAnsi="Times New Roman" w:cs="Times New Roman"/>
          <w:b/>
          <w:sz w:val="36"/>
          <w:lang w:val="hsb-DE" w:eastAsia="zh-TW"/>
        </w:rPr>
      </w:pPr>
      <w:r w:rsidRPr="00B62328">
        <w:rPr>
          <w:rFonts w:ascii="Times New Roman" w:eastAsia="標楷體" w:hAnsi="Times New Roman" w:cs="Times New Roman"/>
          <w:b/>
          <w:sz w:val="36"/>
          <w:lang w:eastAsia="zh-TW"/>
        </w:rPr>
        <w:t>臺灣</w:t>
      </w:r>
      <w:proofErr w:type="gramStart"/>
      <w:r w:rsidRPr="00B62328">
        <w:rPr>
          <w:rFonts w:ascii="Times New Roman" w:eastAsia="標楷體" w:hAnsi="Times New Roman" w:cs="Times New Roman"/>
          <w:b/>
          <w:sz w:val="36"/>
          <w:lang w:eastAsia="zh-TW"/>
        </w:rPr>
        <w:t>太極拳藝武觀摩</w:t>
      </w:r>
      <w:proofErr w:type="gramEnd"/>
      <w:r w:rsidRPr="00B62328">
        <w:rPr>
          <w:rFonts w:ascii="Times New Roman" w:eastAsia="標楷體" w:hAnsi="Times New Roman" w:cs="Times New Roman"/>
          <w:b/>
          <w:sz w:val="36"/>
          <w:lang w:eastAsia="zh-TW"/>
        </w:rPr>
        <w:t>暨推手聯誼會</w:t>
      </w:r>
      <w:r w:rsidR="00877C28" w:rsidRPr="00B62328">
        <w:rPr>
          <w:rFonts w:ascii="Times New Roman" w:eastAsia="標楷體" w:hAnsi="Times New Roman" w:cs="Times New Roman"/>
          <w:b/>
          <w:sz w:val="36"/>
          <w:lang w:eastAsia="zh-TW"/>
        </w:rPr>
        <w:t xml:space="preserve"> </w:t>
      </w:r>
    </w:p>
    <w:p w14:paraId="041BE783" w14:textId="77777777" w:rsidR="0050167D" w:rsidRPr="00B62328" w:rsidRDefault="0050167D" w:rsidP="00536797">
      <w:pPr>
        <w:adjustRightInd w:val="0"/>
        <w:snapToGrid w:val="0"/>
        <w:spacing w:after="0" w:line="240" w:lineRule="auto"/>
        <w:jc w:val="center"/>
        <w:rPr>
          <w:rFonts w:ascii="Times New Roman" w:eastAsia="標楷體" w:hAnsi="Times New Roman" w:cs="Times New Roman"/>
          <w:lang w:val="hsb-DE" w:eastAsia="zh-TW"/>
        </w:rPr>
      </w:pPr>
    </w:p>
    <w:p w14:paraId="0D3B1AAE" w14:textId="7E2CCC00"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計畫緣起</w:t>
      </w:r>
    </w:p>
    <w:p w14:paraId="2F7B3158" w14:textId="36A21494" w:rsidR="007360DD" w:rsidRPr="00B62328" w:rsidRDefault="0050167D" w:rsidP="00536797">
      <w:pPr>
        <w:adjustRightInd w:val="0"/>
        <w:snapToGrid w:val="0"/>
        <w:spacing w:after="0" w:line="240" w:lineRule="auto"/>
        <w:rPr>
          <w:rFonts w:ascii="Times New Roman" w:eastAsia="標楷體" w:hAnsi="Times New Roman" w:cs="Times New Roman"/>
          <w:lang w:val="hsb-DE" w:eastAsia="zh-TW"/>
        </w:rPr>
      </w:pPr>
      <w:r w:rsidRPr="00B62328">
        <w:rPr>
          <w:rFonts w:ascii="Times New Roman" w:eastAsia="標楷體" w:hAnsi="Times New Roman" w:cs="Times New Roman"/>
          <w:lang w:eastAsia="zh-TW"/>
        </w:rPr>
        <w:t xml:space="preserve">        </w:t>
      </w:r>
      <w:r w:rsidRPr="00B62328">
        <w:rPr>
          <w:rFonts w:ascii="Times New Roman" w:eastAsia="標楷體" w:hAnsi="Times New Roman" w:cs="Times New Roman"/>
          <w:lang w:eastAsia="zh-TW"/>
        </w:rPr>
        <w:t>為呼應國家科學及技術委員會「臺灣運動文化研究計畫」推動</w:t>
      </w:r>
      <w:r w:rsidR="00363EC1" w:rsidRPr="00B62328">
        <w:rPr>
          <w:rFonts w:ascii="Times New Roman" w:eastAsia="標楷體" w:hAnsi="Times New Roman" w:cs="Times New Roman"/>
          <w:lang w:eastAsia="zh-TW"/>
        </w:rPr>
        <w:t>專案</w:t>
      </w:r>
      <w:r w:rsidRPr="00B62328">
        <w:rPr>
          <w:rFonts w:ascii="Times New Roman" w:eastAsia="標楷體" w:hAnsi="Times New Roman" w:cs="Times New Roman"/>
          <w:lang w:eastAsia="zh-TW"/>
        </w:rPr>
        <w:t>，並深化臺灣傳統運動文化之保存、實踐與學術轉譯，</w:t>
      </w:r>
      <w:proofErr w:type="gramStart"/>
      <w:r w:rsidRPr="00B62328">
        <w:rPr>
          <w:rFonts w:ascii="Times New Roman" w:eastAsia="標楷體" w:hAnsi="Times New Roman" w:cs="Times New Roman"/>
          <w:lang w:eastAsia="zh-TW"/>
        </w:rPr>
        <w:t>特</w:t>
      </w:r>
      <w:proofErr w:type="gramEnd"/>
      <w:r w:rsidRPr="00B62328">
        <w:rPr>
          <w:rFonts w:ascii="Times New Roman" w:eastAsia="標楷體" w:hAnsi="Times New Roman" w:cs="Times New Roman"/>
          <w:lang w:eastAsia="zh-TW"/>
        </w:rPr>
        <w:t>由中華民國太極拳總會與國立臺灣師範大學體育與運動科學系共同辦理「臺灣</w:t>
      </w:r>
      <w:proofErr w:type="gramStart"/>
      <w:r w:rsidRPr="00B62328">
        <w:rPr>
          <w:rFonts w:ascii="Times New Roman" w:eastAsia="標楷體" w:hAnsi="Times New Roman" w:cs="Times New Roman"/>
          <w:lang w:eastAsia="zh-TW"/>
        </w:rPr>
        <w:t>太極拳藝武觀摩</w:t>
      </w:r>
      <w:proofErr w:type="gramEnd"/>
      <w:r w:rsidRPr="00B62328">
        <w:rPr>
          <w:rFonts w:ascii="Times New Roman" w:eastAsia="標楷體" w:hAnsi="Times New Roman" w:cs="Times New Roman"/>
          <w:lang w:eastAsia="zh-TW"/>
        </w:rPr>
        <w:t>暨推手聯誼會」。</w:t>
      </w:r>
      <w:r w:rsidRPr="00B62328">
        <w:rPr>
          <w:rFonts w:ascii="Times New Roman" w:eastAsia="標楷體" w:hAnsi="Times New Roman" w:cs="Times New Roman"/>
          <w:lang w:eastAsia="zh-TW"/>
        </w:rPr>
        <w:br/>
        <w:t xml:space="preserve">        </w:t>
      </w:r>
      <w:r w:rsidRPr="00B62328">
        <w:rPr>
          <w:rFonts w:ascii="Times New Roman" w:eastAsia="標楷體" w:hAnsi="Times New Roman" w:cs="Times New Roman"/>
          <w:lang w:eastAsia="zh-TW"/>
        </w:rPr>
        <w:t>本活動以「學術領航、文化深化、全民參與、世代交流」為核心理念，結合太極拳武藝展演、推手聯誼交流，以及臺灣太極拳文化前哨</w:t>
      </w:r>
      <w:proofErr w:type="gramStart"/>
      <w:r w:rsidRPr="00B62328">
        <w:rPr>
          <w:rFonts w:ascii="Times New Roman" w:eastAsia="標楷體" w:hAnsi="Times New Roman" w:cs="Times New Roman"/>
          <w:lang w:eastAsia="zh-TW"/>
        </w:rPr>
        <w:t>特</w:t>
      </w:r>
      <w:proofErr w:type="gramEnd"/>
      <w:r w:rsidRPr="00B62328">
        <w:rPr>
          <w:rFonts w:ascii="Times New Roman" w:eastAsia="標楷體" w:hAnsi="Times New Roman" w:cs="Times New Roman"/>
          <w:lang w:eastAsia="zh-TW"/>
        </w:rPr>
        <w:t>展三大主軸，建構傳統武</w:t>
      </w:r>
      <w:r w:rsidR="00363EC1" w:rsidRPr="00B62328">
        <w:rPr>
          <w:rFonts w:ascii="Times New Roman" w:eastAsia="標楷體" w:hAnsi="Times New Roman" w:cs="Times New Roman"/>
          <w:lang w:eastAsia="zh-TW"/>
        </w:rPr>
        <w:t>藝</w:t>
      </w:r>
      <w:r w:rsidRPr="00B62328">
        <w:rPr>
          <w:rFonts w:ascii="Times New Roman" w:eastAsia="標楷體" w:hAnsi="Times New Roman" w:cs="Times New Roman"/>
          <w:lang w:eastAsia="zh-TW"/>
        </w:rPr>
        <w:t>文化與現代學術研究、社會實踐及健康促進</w:t>
      </w:r>
      <w:proofErr w:type="gramStart"/>
      <w:r w:rsidRPr="00B62328">
        <w:rPr>
          <w:rFonts w:ascii="Times New Roman" w:eastAsia="標楷體" w:hAnsi="Times New Roman" w:cs="Times New Roman"/>
          <w:lang w:eastAsia="zh-TW"/>
        </w:rPr>
        <w:t>之跨域交流</w:t>
      </w:r>
      <w:proofErr w:type="gramEnd"/>
      <w:r w:rsidRPr="00B62328">
        <w:rPr>
          <w:rFonts w:ascii="Times New Roman" w:eastAsia="標楷體" w:hAnsi="Times New Roman" w:cs="Times New Roman"/>
          <w:lang w:eastAsia="zh-TW"/>
        </w:rPr>
        <w:t>平台。活動除呈現臺灣太極拳發展之在地特色與歷史脈絡外，亦期望透過</w:t>
      </w:r>
      <w:r w:rsidR="00E14062" w:rsidRPr="00B62328">
        <w:rPr>
          <w:rFonts w:ascii="Times New Roman" w:eastAsia="標楷體" w:hAnsi="Times New Roman" w:cs="Times New Roman"/>
          <w:lang w:eastAsia="zh-TW"/>
        </w:rPr>
        <w:t>產、</w:t>
      </w:r>
      <w:r w:rsidRPr="00B62328">
        <w:rPr>
          <w:rFonts w:ascii="Times New Roman" w:eastAsia="標楷體" w:hAnsi="Times New Roman" w:cs="Times New Roman"/>
          <w:lang w:eastAsia="zh-TW"/>
        </w:rPr>
        <w:t>官、學、社協力合作，促進臺灣太極拳文化之傳承、創新與國際能見度，並作為未來「臺灣太極拳學術研討會」之前哨與基礎。</w:t>
      </w:r>
    </w:p>
    <w:p w14:paraId="7032CE96" w14:textId="77777777" w:rsidR="0050167D" w:rsidRPr="00B62328" w:rsidRDefault="0050167D" w:rsidP="00536797">
      <w:pPr>
        <w:adjustRightInd w:val="0"/>
        <w:snapToGrid w:val="0"/>
        <w:spacing w:after="0" w:line="240" w:lineRule="auto"/>
        <w:rPr>
          <w:rFonts w:ascii="Times New Roman" w:eastAsia="標楷體" w:hAnsi="Times New Roman" w:cs="Times New Roman"/>
          <w:lang w:val="hsb-DE" w:eastAsia="zh-TW"/>
        </w:rPr>
      </w:pPr>
    </w:p>
    <w:p w14:paraId="2420D649" w14:textId="5A5C04F9"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計畫目的</w:t>
      </w:r>
    </w:p>
    <w:p w14:paraId="18040FEE" w14:textId="20EB79A6" w:rsidR="0050167D"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val="hsb-DE" w:eastAsia="zh-TW"/>
        </w:rPr>
      </w:pPr>
      <w:r w:rsidRPr="00B62328">
        <w:rPr>
          <w:rFonts w:ascii="Times New Roman" w:eastAsia="標楷體" w:hAnsi="Times New Roman" w:cs="Times New Roman"/>
          <w:lang w:eastAsia="zh-TW"/>
        </w:rPr>
        <w:t>推廣臺灣</w:t>
      </w:r>
      <w:proofErr w:type="gramStart"/>
      <w:r w:rsidRPr="00B62328">
        <w:rPr>
          <w:rFonts w:ascii="Times New Roman" w:eastAsia="標楷體" w:hAnsi="Times New Roman" w:cs="Times New Roman"/>
          <w:lang w:eastAsia="zh-TW"/>
        </w:rPr>
        <w:t>太極拳藝武文化</w:t>
      </w:r>
      <w:proofErr w:type="gramEnd"/>
      <w:r w:rsidRPr="00B62328">
        <w:rPr>
          <w:rFonts w:ascii="Times New Roman" w:eastAsia="標楷體" w:hAnsi="Times New Roman" w:cs="Times New Roman"/>
          <w:lang w:eastAsia="zh-TW"/>
        </w:rPr>
        <w:t>，彰顯臺灣太極拳之在地特色與文化價值</w:t>
      </w:r>
      <w:r w:rsidR="008C2A80" w:rsidRPr="00B62328">
        <w:rPr>
          <w:rFonts w:ascii="Times New Roman" w:eastAsia="標楷體" w:hAnsi="Times New Roman" w:cs="Times New Roman"/>
          <w:lang w:eastAsia="zh-TW"/>
        </w:rPr>
        <w:t>。</w:t>
      </w:r>
    </w:p>
    <w:p w14:paraId="28248FC0" w14:textId="04A694FF" w:rsidR="0050167D"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val="hsb-DE" w:eastAsia="zh-TW"/>
        </w:rPr>
      </w:pPr>
      <w:r w:rsidRPr="00B62328">
        <w:rPr>
          <w:rFonts w:ascii="Times New Roman" w:eastAsia="標楷體" w:hAnsi="Times New Roman" w:cs="Times New Roman"/>
          <w:lang w:eastAsia="zh-TW"/>
        </w:rPr>
        <w:t>透過推手聯誼與交流，促進</w:t>
      </w:r>
      <w:proofErr w:type="gramStart"/>
      <w:r w:rsidRPr="00B62328">
        <w:rPr>
          <w:rFonts w:ascii="Times New Roman" w:eastAsia="標楷體" w:hAnsi="Times New Roman" w:cs="Times New Roman"/>
          <w:lang w:eastAsia="zh-TW"/>
        </w:rPr>
        <w:t>不同拳系</w:t>
      </w:r>
      <w:proofErr w:type="gramEnd"/>
      <w:r w:rsidRPr="00B62328">
        <w:rPr>
          <w:rFonts w:ascii="Times New Roman" w:eastAsia="標楷體" w:hAnsi="Times New Roman" w:cs="Times New Roman"/>
          <w:lang w:eastAsia="zh-TW"/>
        </w:rPr>
        <w:t>、團體與世代間之互動與經驗傳承</w:t>
      </w:r>
      <w:r w:rsidR="008C2A80" w:rsidRPr="00B62328">
        <w:rPr>
          <w:rFonts w:ascii="Times New Roman" w:eastAsia="標楷體" w:hAnsi="Times New Roman" w:cs="Times New Roman"/>
          <w:lang w:eastAsia="zh-TW"/>
        </w:rPr>
        <w:t>。</w:t>
      </w:r>
    </w:p>
    <w:p w14:paraId="7F2198BD" w14:textId="45539D9F" w:rsidR="0050167D"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val="hsb-DE" w:eastAsia="zh-TW"/>
        </w:rPr>
      </w:pPr>
      <w:r w:rsidRPr="00B62328">
        <w:rPr>
          <w:rFonts w:ascii="Times New Roman" w:eastAsia="標楷體" w:hAnsi="Times New Roman" w:cs="Times New Roman"/>
          <w:lang w:eastAsia="zh-TW"/>
        </w:rPr>
        <w:t>結合學術研究</w:t>
      </w:r>
      <w:r w:rsidR="00363EC1" w:rsidRPr="00B62328">
        <w:rPr>
          <w:rFonts w:ascii="Times New Roman" w:eastAsia="標楷體" w:hAnsi="Times New Roman" w:cs="Times New Roman"/>
          <w:lang w:eastAsia="zh-TW"/>
        </w:rPr>
        <w:t>策展</w:t>
      </w:r>
      <w:r w:rsidRPr="00B62328">
        <w:rPr>
          <w:rFonts w:ascii="Times New Roman" w:eastAsia="標楷體" w:hAnsi="Times New Roman" w:cs="Times New Roman"/>
          <w:lang w:eastAsia="zh-TW"/>
        </w:rPr>
        <w:t>與實務展演，建立傳統武術文化與現代科學對話之平台</w:t>
      </w:r>
      <w:r w:rsidR="008C2A80" w:rsidRPr="00B62328">
        <w:rPr>
          <w:rFonts w:ascii="Times New Roman" w:eastAsia="標楷體" w:hAnsi="Times New Roman" w:cs="Times New Roman"/>
          <w:lang w:eastAsia="zh-TW"/>
        </w:rPr>
        <w:t>。</w:t>
      </w:r>
    </w:p>
    <w:p w14:paraId="4919CCD5" w14:textId="33D2BF71" w:rsidR="0050167D"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val="hsb-DE" w:eastAsia="zh-TW"/>
        </w:rPr>
      </w:pPr>
      <w:r w:rsidRPr="00B62328">
        <w:rPr>
          <w:rFonts w:ascii="Times New Roman" w:eastAsia="標楷體" w:hAnsi="Times New Roman" w:cs="Times New Roman"/>
          <w:lang w:eastAsia="zh-TW"/>
        </w:rPr>
        <w:t>深化太極拳於身心健康、運動文化與終身運動推廣之社會功能</w:t>
      </w:r>
      <w:r w:rsidR="008C2A80" w:rsidRPr="00B62328">
        <w:rPr>
          <w:rFonts w:ascii="Times New Roman" w:eastAsia="標楷體" w:hAnsi="Times New Roman" w:cs="Times New Roman"/>
          <w:lang w:eastAsia="zh-TW"/>
        </w:rPr>
        <w:t>。</w:t>
      </w:r>
    </w:p>
    <w:p w14:paraId="1AC975C7" w14:textId="3707345C" w:rsidR="007360DD"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val="hsb-DE" w:eastAsia="zh-TW"/>
        </w:rPr>
      </w:pPr>
      <w:r w:rsidRPr="00B62328">
        <w:rPr>
          <w:rFonts w:ascii="Times New Roman" w:eastAsia="標楷體" w:hAnsi="Times New Roman" w:cs="Times New Roman"/>
          <w:lang w:eastAsia="zh-TW"/>
        </w:rPr>
        <w:t>建立產官學社合作交流模式，作為未來臺灣太極拳文化推展與學術研討之基礎</w:t>
      </w:r>
      <w:r w:rsidR="008C2A80" w:rsidRPr="00B62328">
        <w:rPr>
          <w:rFonts w:ascii="Times New Roman" w:eastAsia="標楷體" w:hAnsi="Times New Roman" w:cs="Times New Roman"/>
          <w:lang w:eastAsia="zh-TW"/>
        </w:rPr>
        <w:t>。</w:t>
      </w:r>
    </w:p>
    <w:p w14:paraId="032CBBF0" w14:textId="77777777" w:rsidR="0050167D" w:rsidRPr="00B62328" w:rsidRDefault="0050167D" w:rsidP="00536797">
      <w:pPr>
        <w:adjustRightInd w:val="0"/>
        <w:snapToGrid w:val="0"/>
        <w:spacing w:after="0" w:line="240" w:lineRule="auto"/>
        <w:rPr>
          <w:rFonts w:ascii="Times New Roman" w:eastAsia="標楷體" w:hAnsi="Times New Roman" w:cs="Times New Roman"/>
          <w:lang w:val="hsb-DE" w:eastAsia="zh-TW"/>
        </w:rPr>
      </w:pPr>
    </w:p>
    <w:p w14:paraId="3DB8232B" w14:textId="311DB5F3"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活動主題</w:t>
      </w:r>
    </w:p>
    <w:p w14:paraId="5C29F439" w14:textId="77777777" w:rsidR="007360DD" w:rsidRPr="00B62328" w:rsidRDefault="00985939" w:rsidP="00536797">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「臺灣太極．文化傳承．身心共融」</w:t>
      </w:r>
    </w:p>
    <w:p w14:paraId="037CDC04" w14:textId="77777777" w:rsidR="00374ACC" w:rsidRPr="00B62328" w:rsidRDefault="00374ACC" w:rsidP="00536797">
      <w:pPr>
        <w:adjustRightInd w:val="0"/>
        <w:snapToGrid w:val="0"/>
        <w:spacing w:after="0" w:line="240" w:lineRule="auto"/>
        <w:rPr>
          <w:rFonts w:ascii="Times New Roman" w:eastAsia="標楷體" w:hAnsi="Times New Roman" w:cs="Times New Roman"/>
          <w:lang w:eastAsia="zh-TW"/>
        </w:rPr>
      </w:pPr>
    </w:p>
    <w:p w14:paraId="508B131C" w14:textId="2143FB24"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三大活動主軸</w:t>
      </w:r>
    </w:p>
    <w:p w14:paraId="38EE3337" w14:textId="77777777"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臺灣</w:t>
      </w:r>
      <w:proofErr w:type="gramStart"/>
      <w:r w:rsidRPr="00B62328">
        <w:rPr>
          <w:rFonts w:ascii="Times New Roman" w:eastAsia="標楷體" w:hAnsi="Times New Roman" w:cs="Times New Roman"/>
          <w:lang w:eastAsia="zh-TW"/>
        </w:rPr>
        <w:t>太極拳藝武觀摩</w:t>
      </w:r>
      <w:proofErr w:type="gramEnd"/>
    </w:p>
    <w:p w14:paraId="79D7D590" w14:textId="20840723"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臺灣太極拳推手</w:t>
      </w:r>
      <w:r w:rsidR="00D35176" w:rsidRPr="00B62328">
        <w:rPr>
          <w:rFonts w:ascii="Times New Roman" w:eastAsia="標楷體" w:hAnsi="Times New Roman" w:cs="Times New Roman"/>
          <w:lang w:eastAsia="zh-TW"/>
        </w:rPr>
        <w:t>聯誼</w:t>
      </w:r>
    </w:p>
    <w:p w14:paraId="0269024D" w14:textId="5574C234" w:rsidR="007360DD" w:rsidRPr="00B74B4D" w:rsidRDefault="00985939" w:rsidP="009C6F75">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74B4D">
        <w:rPr>
          <w:rFonts w:ascii="Times New Roman" w:eastAsia="標楷體" w:hAnsi="Times New Roman" w:cs="Times New Roman"/>
          <w:lang w:eastAsia="zh-TW"/>
        </w:rPr>
        <w:t>臺灣太極拳</w:t>
      </w:r>
      <w:r w:rsidR="00CF1821" w:rsidRPr="00B74B4D">
        <w:rPr>
          <w:rFonts w:ascii="Times New Roman" w:eastAsia="標楷體" w:hAnsi="Times New Roman" w:cs="Times New Roman"/>
          <w:lang w:eastAsia="zh-TW"/>
        </w:rPr>
        <w:t>新書發表暨文史</w:t>
      </w:r>
      <w:proofErr w:type="gramStart"/>
      <w:r w:rsidRPr="00B74B4D">
        <w:rPr>
          <w:rFonts w:ascii="Times New Roman" w:eastAsia="標楷體" w:hAnsi="Times New Roman" w:cs="Times New Roman"/>
          <w:lang w:eastAsia="zh-TW"/>
        </w:rPr>
        <w:t>特</w:t>
      </w:r>
      <w:proofErr w:type="gramEnd"/>
      <w:r w:rsidRPr="00B74B4D">
        <w:rPr>
          <w:rFonts w:ascii="Times New Roman" w:eastAsia="標楷體" w:hAnsi="Times New Roman" w:cs="Times New Roman"/>
          <w:lang w:eastAsia="zh-TW"/>
        </w:rPr>
        <w:t>展</w:t>
      </w:r>
    </w:p>
    <w:p w14:paraId="6A098AC6" w14:textId="77777777" w:rsidR="00374ACC" w:rsidRPr="00B62328" w:rsidRDefault="00374ACC" w:rsidP="00536797">
      <w:pPr>
        <w:pStyle w:val="ae"/>
        <w:adjustRightInd w:val="0"/>
        <w:snapToGrid w:val="0"/>
        <w:spacing w:after="0" w:line="240" w:lineRule="auto"/>
        <w:ind w:left="851"/>
        <w:contextualSpacing w:val="0"/>
        <w:rPr>
          <w:rFonts w:ascii="Times New Roman" w:eastAsia="標楷體" w:hAnsi="Times New Roman" w:cs="Times New Roman"/>
          <w:lang w:eastAsia="zh-TW"/>
        </w:rPr>
      </w:pPr>
    </w:p>
    <w:p w14:paraId="5E83817E" w14:textId="28ED5FA4" w:rsidR="009C6F75" w:rsidRPr="00B62328" w:rsidRDefault="009C6F75" w:rsidP="009C6F75">
      <w:pPr>
        <w:pStyle w:val="ae"/>
        <w:numPr>
          <w:ilvl w:val="0"/>
          <w:numId w:val="10"/>
        </w:numPr>
        <w:adjustRightInd w:val="0"/>
        <w:snapToGrid w:val="0"/>
        <w:spacing w:after="0" w:line="240" w:lineRule="auto"/>
        <w:contextualSpacing w:val="0"/>
        <w:rPr>
          <w:rFonts w:ascii="Times New Roman" w:eastAsia="標楷體" w:hAnsi="Times New Roman" w:cs="Times New Roman"/>
          <w:b/>
          <w:sz w:val="28"/>
          <w:lang w:eastAsia="zh-TW"/>
        </w:rPr>
      </w:pPr>
      <w:r w:rsidRPr="00B62328">
        <w:rPr>
          <w:rFonts w:ascii="Times New Roman" w:eastAsia="標楷體" w:hAnsi="Times New Roman" w:cs="Times New Roman"/>
          <w:b/>
          <w:sz w:val="28"/>
          <w:lang w:eastAsia="zh-TW"/>
        </w:rPr>
        <w:t>指導單位</w:t>
      </w:r>
    </w:p>
    <w:p w14:paraId="73C939F2" w14:textId="1AAEBE05" w:rsidR="009C6F75" w:rsidRPr="00B62328" w:rsidRDefault="009C6F75" w:rsidP="009C6F75">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國家科學及技術委員會</w:t>
      </w:r>
    </w:p>
    <w:p w14:paraId="3699E8D2" w14:textId="77777777" w:rsidR="009C6F75" w:rsidRPr="00B62328" w:rsidRDefault="009C6F75" w:rsidP="009C6F75">
      <w:pPr>
        <w:adjustRightInd w:val="0"/>
        <w:snapToGrid w:val="0"/>
        <w:spacing w:after="0" w:line="240" w:lineRule="auto"/>
        <w:rPr>
          <w:rFonts w:ascii="Times New Roman" w:eastAsia="標楷體" w:hAnsi="Times New Roman" w:cs="Times New Roman"/>
          <w:lang w:eastAsia="zh-TW"/>
        </w:rPr>
      </w:pPr>
    </w:p>
    <w:p w14:paraId="1189F162" w14:textId="152C360E" w:rsidR="007360DD" w:rsidRPr="00B62328" w:rsidRDefault="000A4841"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主辦單位</w:t>
      </w:r>
    </w:p>
    <w:p w14:paraId="1108CBD6" w14:textId="77777777" w:rsidR="000A4841" w:rsidRPr="00B62328" w:rsidRDefault="000A4841" w:rsidP="000A4841">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中華民國太極拳總會</w:t>
      </w:r>
    </w:p>
    <w:p w14:paraId="19808BA3" w14:textId="77777777" w:rsidR="000A4841" w:rsidRPr="00B62328" w:rsidRDefault="000A4841" w:rsidP="000A4841">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國立臺灣師範大學體育與運動科學系</w:t>
      </w:r>
    </w:p>
    <w:p w14:paraId="0C3E3C4B" w14:textId="77777777" w:rsidR="00374ACC" w:rsidRPr="00B62328" w:rsidRDefault="00374ACC" w:rsidP="00536797">
      <w:pPr>
        <w:adjustRightInd w:val="0"/>
        <w:snapToGrid w:val="0"/>
        <w:spacing w:after="0" w:line="240" w:lineRule="auto"/>
        <w:rPr>
          <w:rFonts w:ascii="Times New Roman" w:eastAsia="標楷體" w:hAnsi="Times New Roman" w:cs="Times New Roman"/>
          <w:lang w:eastAsia="zh-TW"/>
        </w:rPr>
      </w:pPr>
    </w:p>
    <w:p w14:paraId="705D5306" w14:textId="358A84B7" w:rsidR="007360DD" w:rsidRPr="00B62328" w:rsidRDefault="000A4841"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協辦單位</w:t>
      </w:r>
    </w:p>
    <w:p w14:paraId="568058A9" w14:textId="7E6EED92" w:rsidR="008D55D0" w:rsidRPr="00B62328" w:rsidRDefault="000A4841" w:rsidP="00536797">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中華民國太極拳總會下轄北訓中心、中訓中心、</w:t>
      </w:r>
      <w:proofErr w:type="gramStart"/>
      <w:r w:rsidRPr="00B62328">
        <w:rPr>
          <w:rFonts w:ascii="Times New Roman" w:eastAsia="標楷體" w:hAnsi="Times New Roman" w:cs="Times New Roman"/>
          <w:lang w:eastAsia="zh-TW"/>
        </w:rPr>
        <w:t>南訓中心</w:t>
      </w:r>
      <w:proofErr w:type="gramEnd"/>
    </w:p>
    <w:p w14:paraId="3BA9520F" w14:textId="77777777" w:rsidR="000A4841" w:rsidRPr="00B62328" w:rsidRDefault="000A4841" w:rsidP="00536797">
      <w:pPr>
        <w:adjustRightInd w:val="0"/>
        <w:snapToGrid w:val="0"/>
        <w:spacing w:after="0" w:line="240" w:lineRule="auto"/>
        <w:rPr>
          <w:rFonts w:ascii="Times New Roman" w:eastAsia="標楷體" w:hAnsi="Times New Roman" w:cs="Times New Roman"/>
          <w:lang w:eastAsia="zh-TW"/>
        </w:rPr>
      </w:pPr>
    </w:p>
    <w:p w14:paraId="1D1C0197" w14:textId="7710CA02" w:rsidR="00374ACC" w:rsidRPr="00B62328" w:rsidRDefault="00363EC1"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lastRenderedPageBreak/>
        <w:t>合作</w:t>
      </w:r>
      <w:r w:rsidR="0050167D" w:rsidRPr="00B62328">
        <w:rPr>
          <w:rFonts w:ascii="Times New Roman" w:eastAsia="標楷體" w:hAnsi="Times New Roman" w:cs="Times New Roman"/>
          <w:b/>
          <w:sz w:val="28"/>
          <w:lang w:eastAsia="zh-TW"/>
        </w:rPr>
        <w:t>單位</w:t>
      </w:r>
      <w:r w:rsidRPr="00B62328">
        <w:rPr>
          <w:rFonts w:ascii="Times New Roman" w:eastAsia="標楷體" w:hAnsi="Times New Roman" w:cs="Times New Roman"/>
          <w:b/>
          <w:sz w:val="28"/>
          <w:lang w:eastAsia="zh-TW"/>
        </w:rPr>
        <w:t xml:space="preserve"> (</w:t>
      </w:r>
      <w:r w:rsidRPr="00B62328">
        <w:rPr>
          <w:rFonts w:ascii="Times New Roman" w:eastAsia="標楷體" w:hAnsi="Times New Roman" w:cs="Times New Roman"/>
          <w:b/>
          <w:sz w:val="28"/>
          <w:lang w:eastAsia="zh-TW"/>
        </w:rPr>
        <w:t>依筆畫順序</w:t>
      </w:r>
      <w:r w:rsidRPr="00B62328">
        <w:rPr>
          <w:rFonts w:ascii="Times New Roman" w:eastAsia="標楷體" w:hAnsi="Times New Roman" w:cs="Times New Roman"/>
          <w:b/>
          <w:sz w:val="28"/>
          <w:lang w:eastAsia="zh-TW"/>
        </w:rPr>
        <w:t>)</w:t>
      </w:r>
    </w:p>
    <w:p w14:paraId="6C0ED3D4" w14:textId="7076C5E3" w:rsidR="00374ACC" w:rsidRPr="00B62328" w:rsidRDefault="00363EC1" w:rsidP="00536797">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八卦導引身心藝術團</w:t>
      </w:r>
      <w:r w:rsidR="00316D1F" w:rsidRPr="00B62328">
        <w:rPr>
          <w:rFonts w:ascii="Times New Roman" w:eastAsia="標楷體" w:hAnsi="Times New Roman" w:cs="Times New Roman"/>
          <w:lang w:eastAsia="zh-TW"/>
        </w:rPr>
        <w:t>、</w:t>
      </w:r>
      <w:r w:rsidRPr="00B62328">
        <w:rPr>
          <w:rFonts w:ascii="Times New Roman" w:eastAsia="標楷體" w:hAnsi="Times New Roman" w:cs="Times New Roman"/>
          <w:lang w:eastAsia="zh-TW"/>
        </w:rPr>
        <w:t>中華民國國武術總會</w:t>
      </w:r>
      <w:r w:rsidR="0096740C" w:rsidRPr="00B62328">
        <w:rPr>
          <w:rFonts w:ascii="Times New Roman" w:eastAsia="標楷體" w:hAnsi="Times New Roman" w:cs="Times New Roman"/>
          <w:lang w:eastAsia="zh-TW"/>
        </w:rPr>
        <w:t>、中華世界楊</w:t>
      </w:r>
      <w:proofErr w:type="gramStart"/>
      <w:r w:rsidR="0096740C" w:rsidRPr="00B62328">
        <w:rPr>
          <w:rFonts w:ascii="Times New Roman" w:eastAsia="標楷體" w:hAnsi="Times New Roman" w:cs="Times New Roman"/>
          <w:lang w:eastAsia="zh-TW"/>
        </w:rPr>
        <w:t>家老架太極</w:t>
      </w:r>
      <w:proofErr w:type="gramEnd"/>
      <w:r w:rsidR="0096740C" w:rsidRPr="00B62328">
        <w:rPr>
          <w:rFonts w:ascii="Times New Roman" w:eastAsia="標楷體" w:hAnsi="Times New Roman" w:cs="Times New Roman"/>
          <w:lang w:eastAsia="zh-TW"/>
        </w:rPr>
        <w:t>武藝總會、台北市鄭子太極拳學會、台北陳家溝陳氏太極拳協會、國立體育大學博物館、臺北市體育總會武術國術協會、財團法人阿瘦文化藝術基金會、</w:t>
      </w:r>
      <w:r w:rsidRPr="00B62328">
        <w:rPr>
          <w:rFonts w:ascii="Times New Roman" w:eastAsia="標楷體" w:hAnsi="Times New Roman" w:cs="Times New Roman"/>
          <w:lang w:eastAsia="zh-TW"/>
        </w:rPr>
        <w:t>財團法人蘇天財文教基金會</w:t>
      </w:r>
      <w:r w:rsidR="00316D1F" w:rsidRPr="00B62328">
        <w:rPr>
          <w:rFonts w:ascii="Times New Roman" w:eastAsia="標楷體" w:hAnsi="Times New Roman" w:cs="Times New Roman"/>
          <w:lang w:eastAsia="zh-TW"/>
        </w:rPr>
        <w:t>、</w:t>
      </w:r>
      <w:r w:rsidRPr="00B62328">
        <w:rPr>
          <w:rFonts w:ascii="Times New Roman" w:eastAsia="標楷體" w:hAnsi="Times New Roman" w:cs="Times New Roman"/>
          <w:lang w:eastAsia="zh-TW"/>
        </w:rPr>
        <w:t>逸文武術文化有限公司武學書館</w:t>
      </w:r>
      <w:r w:rsidR="002F2C85" w:rsidRPr="00B62328">
        <w:rPr>
          <w:rFonts w:ascii="Times New Roman" w:eastAsia="標楷體" w:hAnsi="Times New Roman" w:cs="Times New Roman"/>
          <w:lang w:eastAsia="zh-TW"/>
        </w:rPr>
        <w:t>等</w:t>
      </w:r>
    </w:p>
    <w:p w14:paraId="0152FCE5" w14:textId="77777777" w:rsidR="00363EC1" w:rsidRPr="00B62328" w:rsidRDefault="00363EC1" w:rsidP="00536797">
      <w:pPr>
        <w:adjustRightInd w:val="0"/>
        <w:snapToGrid w:val="0"/>
        <w:spacing w:after="0" w:line="240" w:lineRule="auto"/>
        <w:rPr>
          <w:rFonts w:ascii="Times New Roman" w:eastAsia="標楷體" w:hAnsi="Times New Roman" w:cs="Times New Roman"/>
          <w:lang w:eastAsia="zh-TW"/>
        </w:rPr>
      </w:pPr>
    </w:p>
    <w:p w14:paraId="09F65014" w14:textId="72606D4A"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活動資訊</w:t>
      </w:r>
    </w:p>
    <w:p w14:paraId="496ACB0F" w14:textId="1FA31DCD" w:rsidR="007360DD" w:rsidRPr="00B62328" w:rsidRDefault="00985939" w:rsidP="00536797">
      <w:pPr>
        <w:adjustRightInd w:val="0"/>
        <w:snapToGrid w:val="0"/>
        <w:spacing w:after="0" w:line="240" w:lineRule="auto"/>
        <w:rPr>
          <w:rFonts w:ascii="Times New Roman" w:eastAsia="標楷體" w:hAnsi="Times New Roman" w:cs="Times New Roman"/>
          <w:lang w:eastAsia="zh-TW"/>
        </w:rPr>
      </w:pPr>
      <w:r w:rsidRPr="00B62328">
        <w:rPr>
          <w:rFonts w:ascii="Times New Roman" w:eastAsia="標楷體" w:hAnsi="Times New Roman" w:cs="Times New Roman"/>
          <w:lang w:eastAsia="zh-TW"/>
        </w:rPr>
        <w:t>活動日期：中華民國</w:t>
      </w:r>
      <w:r w:rsidRPr="00B62328">
        <w:rPr>
          <w:rFonts w:ascii="Times New Roman" w:eastAsia="標楷體" w:hAnsi="Times New Roman" w:cs="Times New Roman"/>
          <w:lang w:eastAsia="zh-TW"/>
        </w:rPr>
        <w:t>115</w:t>
      </w:r>
      <w:r w:rsidRPr="00B62328">
        <w:rPr>
          <w:rFonts w:ascii="Times New Roman" w:eastAsia="標楷體" w:hAnsi="Times New Roman" w:cs="Times New Roman"/>
          <w:lang w:eastAsia="zh-TW"/>
        </w:rPr>
        <w:t>年</w:t>
      </w:r>
      <w:r w:rsidRPr="00B62328">
        <w:rPr>
          <w:rFonts w:ascii="Times New Roman" w:eastAsia="標楷體" w:hAnsi="Times New Roman" w:cs="Times New Roman"/>
          <w:lang w:eastAsia="zh-TW"/>
        </w:rPr>
        <w:t>11</w:t>
      </w:r>
      <w:r w:rsidRPr="00B62328">
        <w:rPr>
          <w:rFonts w:ascii="Times New Roman" w:eastAsia="標楷體" w:hAnsi="Times New Roman" w:cs="Times New Roman"/>
          <w:lang w:eastAsia="zh-TW"/>
        </w:rPr>
        <w:t>月</w:t>
      </w:r>
      <w:r w:rsidRPr="00B62328">
        <w:rPr>
          <w:rFonts w:ascii="Times New Roman" w:eastAsia="標楷體" w:hAnsi="Times New Roman" w:cs="Times New Roman"/>
          <w:lang w:eastAsia="zh-TW"/>
        </w:rPr>
        <w:t>1</w:t>
      </w:r>
      <w:r w:rsidRPr="00B62328">
        <w:rPr>
          <w:rFonts w:ascii="Times New Roman" w:eastAsia="標楷體" w:hAnsi="Times New Roman" w:cs="Times New Roman"/>
          <w:lang w:eastAsia="zh-TW"/>
        </w:rPr>
        <w:t>日</w:t>
      </w:r>
      <w:r w:rsidR="00374ACC" w:rsidRPr="00B62328">
        <w:rPr>
          <w:rFonts w:ascii="Times New Roman" w:eastAsia="標楷體" w:hAnsi="Times New Roman" w:cs="Times New Roman"/>
          <w:lang w:eastAsia="zh-TW"/>
        </w:rPr>
        <w:t xml:space="preserve"> (</w:t>
      </w:r>
      <w:r w:rsidRPr="00B62328">
        <w:rPr>
          <w:rFonts w:ascii="Times New Roman" w:eastAsia="標楷體" w:hAnsi="Times New Roman" w:cs="Times New Roman"/>
          <w:lang w:eastAsia="zh-TW"/>
        </w:rPr>
        <w:t>星期日</w:t>
      </w:r>
      <w:r w:rsidR="00374ACC" w:rsidRPr="00B62328">
        <w:rPr>
          <w:rFonts w:ascii="Times New Roman" w:eastAsia="標楷體" w:hAnsi="Times New Roman" w:cs="Times New Roman"/>
          <w:lang w:eastAsia="zh-TW"/>
        </w:rPr>
        <w:t>)</w:t>
      </w:r>
      <w:r w:rsidRPr="00B62328">
        <w:rPr>
          <w:rFonts w:ascii="Times New Roman" w:eastAsia="標楷體" w:hAnsi="Times New Roman" w:cs="Times New Roman"/>
          <w:lang w:eastAsia="zh-TW"/>
        </w:rPr>
        <w:br/>
      </w:r>
      <w:r w:rsidRPr="00B62328">
        <w:rPr>
          <w:rFonts w:ascii="Times New Roman" w:eastAsia="標楷體" w:hAnsi="Times New Roman" w:cs="Times New Roman"/>
          <w:lang w:eastAsia="zh-TW"/>
        </w:rPr>
        <w:t>活動時間：上午</w:t>
      </w:r>
      <w:r w:rsidRPr="00B62328">
        <w:rPr>
          <w:rFonts w:ascii="Times New Roman" w:eastAsia="標楷體" w:hAnsi="Times New Roman" w:cs="Times New Roman"/>
          <w:lang w:eastAsia="zh-TW"/>
        </w:rPr>
        <w:t>8</w:t>
      </w:r>
      <w:r w:rsidRPr="00B62328">
        <w:rPr>
          <w:rFonts w:ascii="Times New Roman" w:eastAsia="標楷體" w:hAnsi="Times New Roman" w:cs="Times New Roman"/>
          <w:lang w:eastAsia="zh-TW"/>
        </w:rPr>
        <w:t>時</w:t>
      </w:r>
      <w:r w:rsidR="00E14062" w:rsidRPr="00B62328">
        <w:rPr>
          <w:rFonts w:ascii="Times New Roman" w:eastAsia="標楷體" w:hAnsi="Times New Roman" w:cs="Times New Roman"/>
          <w:lang w:eastAsia="zh-TW"/>
        </w:rPr>
        <w:t>0</w:t>
      </w:r>
      <w:r w:rsidRPr="00B62328">
        <w:rPr>
          <w:rFonts w:ascii="Times New Roman" w:eastAsia="標楷體" w:hAnsi="Times New Roman" w:cs="Times New Roman"/>
          <w:lang w:eastAsia="zh-TW"/>
        </w:rPr>
        <w:t>0</w:t>
      </w:r>
      <w:r w:rsidRPr="00B62328">
        <w:rPr>
          <w:rFonts w:ascii="Times New Roman" w:eastAsia="標楷體" w:hAnsi="Times New Roman" w:cs="Times New Roman"/>
          <w:lang w:eastAsia="zh-TW"/>
        </w:rPr>
        <w:t>分至中午</w:t>
      </w:r>
      <w:r w:rsidRPr="00B62328">
        <w:rPr>
          <w:rFonts w:ascii="Times New Roman" w:eastAsia="標楷體" w:hAnsi="Times New Roman" w:cs="Times New Roman"/>
          <w:lang w:eastAsia="zh-TW"/>
        </w:rPr>
        <w:t>12</w:t>
      </w:r>
      <w:r w:rsidRPr="00B62328">
        <w:rPr>
          <w:rFonts w:ascii="Times New Roman" w:eastAsia="標楷體" w:hAnsi="Times New Roman" w:cs="Times New Roman"/>
          <w:lang w:eastAsia="zh-TW"/>
        </w:rPr>
        <w:t>時</w:t>
      </w:r>
      <w:r w:rsidRPr="00B62328">
        <w:rPr>
          <w:rFonts w:ascii="Times New Roman" w:eastAsia="標楷體" w:hAnsi="Times New Roman" w:cs="Times New Roman"/>
          <w:lang w:eastAsia="zh-TW"/>
        </w:rPr>
        <w:t>00</w:t>
      </w:r>
      <w:r w:rsidRPr="00B62328">
        <w:rPr>
          <w:rFonts w:ascii="Times New Roman" w:eastAsia="標楷體" w:hAnsi="Times New Roman" w:cs="Times New Roman"/>
          <w:lang w:eastAsia="zh-TW"/>
        </w:rPr>
        <w:t>分</w:t>
      </w:r>
      <w:r w:rsidRPr="00B62328">
        <w:rPr>
          <w:rFonts w:ascii="Times New Roman" w:eastAsia="標楷體" w:hAnsi="Times New Roman" w:cs="Times New Roman"/>
          <w:lang w:eastAsia="zh-TW"/>
        </w:rPr>
        <w:br/>
      </w:r>
      <w:r w:rsidRPr="00B62328">
        <w:rPr>
          <w:rFonts w:ascii="Times New Roman" w:eastAsia="標楷體" w:hAnsi="Times New Roman" w:cs="Times New Roman"/>
          <w:lang w:eastAsia="zh-TW"/>
        </w:rPr>
        <w:t>活動地點：國立臺灣師範大學體育館</w:t>
      </w:r>
      <w:r w:rsidRPr="00B62328">
        <w:rPr>
          <w:rFonts w:ascii="Times New Roman" w:eastAsia="標楷體" w:hAnsi="Times New Roman" w:cs="Times New Roman"/>
          <w:lang w:eastAsia="zh-TW"/>
        </w:rPr>
        <w:t>4</w:t>
      </w:r>
      <w:r w:rsidRPr="00B62328">
        <w:rPr>
          <w:rFonts w:ascii="Times New Roman" w:eastAsia="標楷體" w:hAnsi="Times New Roman" w:cs="Times New Roman"/>
          <w:lang w:eastAsia="zh-TW"/>
        </w:rPr>
        <w:t>樓</w:t>
      </w:r>
      <w:r w:rsidR="0050167D" w:rsidRPr="00B62328">
        <w:rPr>
          <w:rFonts w:ascii="Times New Roman" w:eastAsia="標楷體" w:hAnsi="Times New Roman" w:cs="Times New Roman"/>
          <w:lang w:eastAsia="zh-TW"/>
        </w:rPr>
        <w:t>綜合體育館</w:t>
      </w:r>
      <w:r w:rsidR="00374ACC" w:rsidRPr="00B62328">
        <w:rPr>
          <w:rFonts w:ascii="Times New Roman" w:eastAsia="標楷體" w:hAnsi="Times New Roman" w:cs="Times New Roman"/>
          <w:lang w:eastAsia="zh-TW"/>
        </w:rPr>
        <w:t xml:space="preserve"> (</w:t>
      </w:r>
      <w:r w:rsidR="00C93653" w:rsidRPr="00B62328">
        <w:rPr>
          <w:rFonts w:ascii="Times New Roman" w:eastAsia="標楷體" w:hAnsi="Times New Roman" w:cs="Times New Roman"/>
          <w:lang w:eastAsia="zh-TW"/>
        </w:rPr>
        <w:t>臺北市大安區和平東路一段</w:t>
      </w:r>
      <w:r w:rsidR="00C93653" w:rsidRPr="00B62328">
        <w:rPr>
          <w:rFonts w:ascii="Times New Roman" w:eastAsia="標楷體" w:hAnsi="Times New Roman" w:cs="Times New Roman"/>
          <w:lang w:eastAsia="zh-TW"/>
        </w:rPr>
        <w:t>162</w:t>
      </w:r>
      <w:r w:rsidR="00C93653" w:rsidRPr="00B62328">
        <w:rPr>
          <w:rFonts w:ascii="Times New Roman" w:eastAsia="標楷體" w:hAnsi="Times New Roman" w:cs="Times New Roman"/>
          <w:lang w:eastAsia="zh-TW"/>
        </w:rPr>
        <w:t>號</w:t>
      </w:r>
      <w:r w:rsidR="00374ACC" w:rsidRPr="00B62328">
        <w:rPr>
          <w:rFonts w:ascii="Times New Roman" w:eastAsia="標楷體" w:hAnsi="Times New Roman" w:cs="Times New Roman"/>
          <w:lang w:eastAsia="zh-TW"/>
        </w:rPr>
        <w:t>)</w:t>
      </w:r>
      <w:r w:rsidRPr="00B62328">
        <w:rPr>
          <w:rFonts w:ascii="Times New Roman" w:eastAsia="標楷體" w:hAnsi="Times New Roman" w:cs="Times New Roman"/>
          <w:lang w:eastAsia="zh-TW"/>
        </w:rPr>
        <w:br/>
      </w:r>
      <w:r w:rsidRPr="00B62328">
        <w:rPr>
          <w:rFonts w:ascii="Times New Roman" w:eastAsia="標楷體" w:hAnsi="Times New Roman" w:cs="Times New Roman"/>
          <w:lang w:eastAsia="zh-TW"/>
        </w:rPr>
        <w:t>活動規模：</w:t>
      </w:r>
      <w:r w:rsidRPr="00B62328">
        <w:rPr>
          <w:rFonts w:ascii="Times New Roman" w:eastAsia="標楷體" w:hAnsi="Times New Roman" w:cs="Times New Roman"/>
          <w:lang w:eastAsia="zh-TW"/>
        </w:rPr>
        <w:t>400</w:t>
      </w:r>
      <w:r w:rsidRPr="00B62328">
        <w:rPr>
          <w:rFonts w:ascii="Times New Roman" w:eastAsia="標楷體" w:hAnsi="Times New Roman" w:cs="Times New Roman"/>
          <w:lang w:eastAsia="zh-TW"/>
        </w:rPr>
        <w:t>人</w:t>
      </w:r>
    </w:p>
    <w:p w14:paraId="2CF995FA" w14:textId="77777777" w:rsidR="00374ACC" w:rsidRPr="00B62328" w:rsidRDefault="00374ACC" w:rsidP="00536797">
      <w:pPr>
        <w:adjustRightInd w:val="0"/>
        <w:snapToGrid w:val="0"/>
        <w:spacing w:after="0" w:line="240" w:lineRule="auto"/>
        <w:rPr>
          <w:rFonts w:ascii="Times New Roman" w:eastAsia="標楷體" w:hAnsi="Times New Roman" w:cs="Times New Roman"/>
          <w:lang w:eastAsia="zh-TW"/>
        </w:rPr>
      </w:pPr>
    </w:p>
    <w:p w14:paraId="20FCD658" w14:textId="1F5DD8CB"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參加對象</w:t>
      </w:r>
    </w:p>
    <w:p w14:paraId="0236C08A" w14:textId="07C11F96" w:rsidR="00582535"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中華民國太極拳總會</w:t>
      </w:r>
      <w:r w:rsidR="00582535" w:rsidRPr="00B62328">
        <w:rPr>
          <w:rFonts w:ascii="Times New Roman" w:eastAsia="標楷體" w:hAnsi="Times New Roman" w:cs="Times New Roman"/>
          <w:lang w:eastAsia="zh-TW"/>
        </w:rPr>
        <w:t>中華民國太極拳總會轄下所屬各</w:t>
      </w:r>
      <w:r w:rsidR="00870089" w:rsidRPr="00B62328">
        <w:rPr>
          <w:rFonts w:ascii="Times New Roman" w:eastAsia="標楷體" w:hAnsi="Times New Roman" w:cs="Times New Roman"/>
          <w:lang w:eastAsia="zh-TW"/>
        </w:rPr>
        <w:t>中心、</w:t>
      </w:r>
      <w:r w:rsidR="00C754F2" w:rsidRPr="00B62328">
        <w:rPr>
          <w:rFonts w:ascii="Times New Roman" w:eastAsia="標楷體" w:hAnsi="Times New Roman" w:cs="Times New Roman"/>
          <w:lang w:eastAsia="zh-TW"/>
        </w:rPr>
        <w:t>協會、分會、</w:t>
      </w:r>
      <w:r w:rsidR="00582535" w:rsidRPr="00B62328">
        <w:rPr>
          <w:rFonts w:ascii="Times New Roman" w:eastAsia="標楷體" w:hAnsi="Times New Roman" w:cs="Times New Roman"/>
          <w:lang w:eastAsia="zh-TW"/>
        </w:rPr>
        <w:t>支會</w:t>
      </w:r>
      <w:r w:rsidR="00C754F2" w:rsidRPr="00B62328">
        <w:rPr>
          <w:rFonts w:ascii="Times New Roman" w:eastAsia="標楷體" w:hAnsi="Times New Roman" w:cs="Times New Roman"/>
          <w:lang w:eastAsia="zh-TW"/>
        </w:rPr>
        <w:t>等</w:t>
      </w:r>
      <w:r w:rsidR="00582535" w:rsidRPr="00B62328">
        <w:rPr>
          <w:rFonts w:ascii="Times New Roman" w:eastAsia="標楷體" w:hAnsi="Times New Roman" w:cs="Times New Roman"/>
          <w:lang w:eastAsia="zh-TW"/>
        </w:rPr>
        <w:t>會員</w:t>
      </w:r>
      <w:r w:rsidR="008C2A80" w:rsidRPr="00B62328">
        <w:rPr>
          <w:rFonts w:ascii="Times New Roman" w:eastAsia="標楷體" w:hAnsi="Times New Roman" w:cs="Times New Roman"/>
          <w:lang w:eastAsia="zh-TW"/>
        </w:rPr>
        <w:t>。</w:t>
      </w:r>
    </w:p>
    <w:p w14:paraId="49C4C834" w14:textId="5A27DF3B"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全國太極拳、傳統武術相關團體與愛好者</w:t>
      </w:r>
      <w:r w:rsidR="008C2A80" w:rsidRPr="00B62328">
        <w:rPr>
          <w:rFonts w:ascii="Times New Roman" w:eastAsia="標楷體" w:hAnsi="Times New Roman" w:cs="Times New Roman"/>
          <w:lang w:eastAsia="zh-TW"/>
        </w:rPr>
        <w:t>。</w:t>
      </w:r>
    </w:p>
    <w:p w14:paraId="3C367850" w14:textId="10710A7B"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全國大專校院對傳統武術、運動文化或身心健康議題有興趣之師生</w:t>
      </w:r>
      <w:r w:rsidR="008C2A80" w:rsidRPr="00B62328">
        <w:rPr>
          <w:rFonts w:ascii="Times New Roman" w:eastAsia="標楷體" w:hAnsi="Times New Roman" w:cs="Times New Roman"/>
          <w:lang w:eastAsia="zh-TW"/>
        </w:rPr>
        <w:t>。</w:t>
      </w:r>
    </w:p>
    <w:p w14:paraId="1EB7A3EB" w14:textId="5BABCAE7" w:rsidR="007360DD"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對太極拳文化推廣、身心健康及運動藝術有興趣之社會人士</w:t>
      </w:r>
      <w:r w:rsidR="008C2A80" w:rsidRPr="00B62328">
        <w:rPr>
          <w:rFonts w:ascii="Times New Roman" w:eastAsia="標楷體" w:hAnsi="Times New Roman" w:cs="Times New Roman"/>
          <w:lang w:eastAsia="zh-TW"/>
        </w:rPr>
        <w:t>。</w:t>
      </w:r>
    </w:p>
    <w:p w14:paraId="24D48DF1" w14:textId="77777777" w:rsidR="00374ACC" w:rsidRPr="00B62328" w:rsidRDefault="00374ACC" w:rsidP="00536797">
      <w:pPr>
        <w:pStyle w:val="ae"/>
        <w:adjustRightInd w:val="0"/>
        <w:snapToGrid w:val="0"/>
        <w:spacing w:after="0" w:line="240" w:lineRule="auto"/>
        <w:ind w:left="851"/>
        <w:contextualSpacing w:val="0"/>
        <w:rPr>
          <w:rFonts w:ascii="Times New Roman" w:eastAsia="標楷體" w:hAnsi="Times New Roman" w:cs="Times New Roman"/>
          <w:lang w:eastAsia="zh-TW"/>
        </w:rPr>
      </w:pPr>
    </w:p>
    <w:p w14:paraId="06183FD2" w14:textId="09DCCCC2"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rPr>
      </w:pPr>
      <w:proofErr w:type="spellStart"/>
      <w:r w:rsidRPr="00B62328">
        <w:rPr>
          <w:rFonts w:ascii="Times New Roman" w:eastAsia="標楷體" w:hAnsi="Times New Roman" w:cs="Times New Roman"/>
          <w:b/>
          <w:sz w:val="28"/>
        </w:rPr>
        <w:t>活動流程</w:t>
      </w:r>
      <w:proofErr w:type="spellEnd"/>
    </w:p>
    <w:tbl>
      <w:tblPr>
        <w:tblStyle w:val="aff2"/>
        <w:tblW w:w="9356" w:type="dxa"/>
        <w:tblInd w:w="250" w:type="dxa"/>
        <w:tblLook w:val="04A0" w:firstRow="1" w:lastRow="0" w:firstColumn="1" w:lastColumn="0" w:noHBand="0" w:noVBand="1"/>
      </w:tblPr>
      <w:tblGrid>
        <w:gridCol w:w="1635"/>
        <w:gridCol w:w="7721"/>
      </w:tblGrid>
      <w:tr w:rsidR="007360DD" w:rsidRPr="00B62328" w14:paraId="082FBE06" w14:textId="77777777" w:rsidTr="002D4E59">
        <w:trPr>
          <w:trHeight w:val="397"/>
        </w:trPr>
        <w:tc>
          <w:tcPr>
            <w:tcW w:w="1635" w:type="dxa"/>
            <w:shd w:val="clear" w:color="auto" w:fill="D9D9D9" w:themeFill="background1" w:themeFillShade="D9"/>
            <w:vAlign w:val="center"/>
          </w:tcPr>
          <w:p w14:paraId="6B551FC5" w14:textId="77777777" w:rsidR="007360DD" w:rsidRPr="00B62328" w:rsidRDefault="00985939" w:rsidP="00596687">
            <w:pPr>
              <w:adjustRightInd w:val="0"/>
              <w:snapToGrid w:val="0"/>
              <w:jc w:val="both"/>
              <w:rPr>
                <w:rFonts w:ascii="Times New Roman" w:eastAsia="標楷體" w:hAnsi="Times New Roman" w:cs="Times New Roman"/>
                <w:b/>
                <w:bCs/>
              </w:rPr>
            </w:pPr>
            <w:proofErr w:type="spellStart"/>
            <w:r w:rsidRPr="00B62328">
              <w:rPr>
                <w:rFonts w:ascii="Times New Roman" w:eastAsia="標楷體" w:hAnsi="Times New Roman" w:cs="Times New Roman"/>
                <w:b/>
                <w:bCs/>
              </w:rPr>
              <w:t>時間</w:t>
            </w:r>
            <w:proofErr w:type="spellEnd"/>
          </w:p>
        </w:tc>
        <w:tc>
          <w:tcPr>
            <w:tcW w:w="7721" w:type="dxa"/>
            <w:shd w:val="clear" w:color="auto" w:fill="D9D9D9" w:themeFill="background1" w:themeFillShade="D9"/>
            <w:vAlign w:val="center"/>
          </w:tcPr>
          <w:p w14:paraId="3BB0C985" w14:textId="77777777" w:rsidR="007360DD" w:rsidRPr="00B62328" w:rsidRDefault="00985939" w:rsidP="00596687">
            <w:pPr>
              <w:adjustRightInd w:val="0"/>
              <w:snapToGrid w:val="0"/>
              <w:jc w:val="both"/>
              <w:rPr>
                <w:rFonts w:ascii="Times New Roman" w:eastAsia="標楷體" w:hAnsi="Times New Roman" w:cs="Times New Roman"/>
                <w:b/>
                <w:bCs/>
              </w:rPr>
            </w:pPr>
            <w:proofErr w:type="spellStart"/>
            <w:r w:rsidRPr="00B62328">
              <w:rPr>
                <w:rFonts w:ascii="Times New Roman" w:eastAsia="標楷體" w:hAnsi="Times New Roman" w:cs="Times New Roman"/>
                <w:b/>
                <w:bCs/>
              </w:rPr>
              <w:t>活動內容</w:t>
            </w:r>
            <w:proofErr w:type="spellEnd"/>
          </w:p>
        </w:tc>
      </w:tr>
      <w:tr w:rsidR="007360DD" w:rsidRPr="00B62328" w14:paraId="3524346C" w14:textId="77777777" w:rsidTr="002D4E59">
        <w:trPr>
          <w:trHeight w:val="340"/>
        </w:trPr>
        <w:tc>
          <w:tcPr>
            <w:tcW w:w="1635" w:type="dxa"/>
            <w:vAlign w:val="center"/>
          </w:tcPr>
          <w:p w14:paraId="2A99A354" w14:textId="348B06CB" w:rsidR="007360DD" w:rsidRPr="00B62328" w:rsidRDefault="00985939" w:rsidP="00596687">
            <w:pPr>
              <w:adjustRightInd w:val="0"/>
              <w:snapToGrid w:val="0"/>
              <w:jc w:val="both"/>
              <w:rPr>
                <w:rFonts w:ascii="Times New Roman" w:eastAsia="標楷體" w:hAnsi="Times New Roman" w:cs="Times New Roman"/>
              </w:rPr>
            </w:pPr>
            <w:r w:rsidRPr="00B62328">
              <w:rPr>
                <w:rFonts w:ascii="Times New Roman" w:eastAsia="標楷體" w:hAnsi="Times New Roman" w:cs="Times New Roman"/>
              </w:rPr>
              <w:t>08:00</w:t>
            </w:r>
            <w:r w:rsidR="00374ACC" w:rsidRPr="00B62328">
              <w:rPr>
                <w:rFonts w:ascii="Times New Roman" w:eastAsia="標楷體" w:hAnsi="Times New Roman" w:cs="Times New Roman"/>
                <w:lang w:eastAsia="zh-TW"/>
              </w:rPr>
              <w:t>-</w:t>
            </w:r>
            <w:r w:rsidRPr="00B62328">
              <w:rPr>
                <w:rFonts w:ascii="Times New Roman" w:eastAsia="標楷體" w:hAnsi="Times New Roman" w:cs="Times New Roman"/>
              </w:rPr>
              <w:t>08:30</w:t>
            </w:r>
          </w:p>
        </w:tc>
        <w:tc>
          <w:tcPr>
            <w:tcW w:w="7721" w:type="dxa"/>
            <w:vAlign w:val="center"/>
          </w:tcPr>
          <w:p w14:paraId="631B9B5D" w14:textId="060E1F32" w:rsidR="007360DD" w:rsidRPr="00B62328" w:rsidRDefault="00985939" w:rsidP="00596687">
            <w:pPr>
              <w:adjustRightInd w:val="0"/>
              <w:snapToGrid w:val="0"/>
              <w:jc w:val="both"/>
              <w:rPr>
                <w:rFonts w:ascii="Times New Roman" w:eastAsia="標楷體" w:hAnsi="Times New Roman" w:cs="Times New Roman"/>
                <w:lang w:eastAsia="zh-TW"/>
              </w:rPr>
            </w:pPr>
            <w:r w:rsidRPr="00B62328">
              <w:rPr>
                <w:rFonts w:ascii="Times New Roman" w:eastAsia="標楷體" w:hAnsi="Times New Roman" w:cs="Times New Roman"/>
                <w:lang w:eastAsia="zh-TW"/>
              </w:rPr>
              <w:t>報到</w:t>
            </w:r>
            <w:r w:rsidR="00374ACC" w:rsidRPr="00B62328">
              <w:rPr>
                <w:rFonts w:ascii="Times New Roman" w:eastAsia="標楷體" w:hAnsi="Times New Roman" w:cs="Times New Roman"/>
                <w:lang w:eastAsia="zh-TW"/>
              </w:rPr>
              <w:t xml:space="preserve"> </w:t>
            </w:r>
          </w:p>
        </w:tc>
      </w:tr>
      <w:tr w:rsidR="007360DD" w:rsidRPr="00B62328" w14:paraId="2696F1F4" w14:textId="77777777" w:rsidTr="002D4E59">
        <w:trPr>
          <w:trHeight w:val="340"/>
        </w:trPr>
        <w:tc>
          <w:tcPr>
            <w:tcW w:w="1635" w:type="dxa"/>
            <w:vAlign w:val="center"/>
          </w:tcPr>
          <w:p w14:paraId="48FBF3D1" w14:textId="0D7A618C" w:rsidR="007360DD" w:rsidRPr="00B62328" w:rsidRDefault="00985939" w:rsidP="00596687">
            <w:pPr>
              <w:adjustRightInd w:val="0"/>
              <w:snapToGrid w:val="0"/>
              <w:jc w:val="both"/>
              <w:rPr>
                <w:rFonts w:ascii="Times New Roman" w:eastAsia="標楷體" w:hAnsi="Times New Roman" w:cs="Times New Roman"/>
              </w:rPr>
            </w:pPr>
            <w:r w:rsidRPr="00B62328">
              <w:rPr>
                <w:rFonts w:ascii="Times New Roman" w:eastAsia="標楷體" w:hAnsi="Times New Roman" w:cs="Times New Roman"/>
              </w:rPr>
              <w:t>08:30</w:t>
            </w:r>
            <w:r w:rsidR="00374ACC" w:rsidRPr="00B62328">
              <w:rPr>
                <w:rFonts w:ascii="Times New Roman" w:eastAsia="標楷體" w:hAnsi="Times New Roman" w:cs="Times New Roman"/>
                <w:lang w:eastAsia="zh-TW"/>
              </w:rPr>
              <w:t>-</w:t>
            </w:r>
            <w:r w:rsidRPr="00B62328">
              <w:rPr>
                <w:rFonts w:ascii="Times New Roman" w:eastAsia="標楷體" w:hAnsi="Times New Roman" w:cs="Times New Roman"/>
              </w:rPr>
              <w:t>09:00</w:t>
            </w:r>
          </w:p>
        </w:tc>
        <w:tc>
          <w:tcPr>
            <w:tcW w:w="7721" w:type="dxa"/>
            <w:vAlign w:val="center"/>
          </w:tcPr>
          <w:p w14:paraId="04C577F0" w14:textId="10D872CD" w:rsidR="007360DD" w:rsidRPr="00B62328" w:rsidRDefault="00363EC1" w:rsidP="00596687">
            <w:pPr>
              <w:adjustRightInd w:val="0"/>
              <w:snapToGrid w:val="0"/>
              <w:jc w:val="both"/>
              <w:rPr>
                <w:rFonts w:ascii="Times New Roman" w:eastAsia="標楷體" w:hAnsi="Times New Roman" w:cs="Times New Roman"/>
                <w:lang w:eastAsia="zh-TW"/>
              </w:rPr>
            </w:pPr>
            <w:proofErr w:type="spellStart"/>
            <w:r w:rsidRPr="00B62328">
              <w:rPr>
                <w:rFonts w:ascii="Times New Roman" w:eastAsia="標楷體" w:hAnsi="Times New Roman" w:cs="Times New Roman"/>
              </w:rPr>
              <w:t>開幕</w:t>
            </w:r>
            <w:proofErr w:type="spellEnd"/>
            <w:r w:rsidRPr="00B62328">
              <w:rPr>
                <w:rFonts w:ascii="Times New Roman" w:eastAsia="標楷體" w:hAnsi="Times New Roman" w:cs="Times New Roman"/>
                <w:lang w:eastAsia="zh-TW"/>
              </w:rPr>
              <w:t>典禮</w:t>
            </w:r>
            <w:r w:rsidRPr="00B62328">
              <w:rPr>
                <w:rFonts w:ascii="Times New Roman" w:eastAsia="標楷體" w:hAnsi="Times New Roman" w:cs="Times New Roman"/>
                <w:lang w:eastAsia="zh-TW"/>
              </w:rPr>
              <w:t xml:space="preserve"> (</w:t>
            </w:r>
            <w:r w:rsidRPr="00B62328">
              <w:rPr>
                <w:rFonts w:ascii="Times New Roman" w:eastAsia="標楷體" w:hAnsi="Times New Roman" w:cs="Times New Roman"/>
                <w:lang w:eastAsia="zh-TW"/>
              </w:rPr>
              <w:t>暨大合照</w:t>
            </w:r>
            <w:r w:rsidRPr="00B62328">
              <w:rPr>
                <w:rFonts w:ascii="Times New Roman" w:eastAsia="標楷體" w:hAnsi="Times New Roman" w:cs="Times New Roman"/>
                <w:lang w:eastAsia="zh-TW"/>
              </w:rPr>
              <w:t>)</w:t>
            </w:r>
          </w:p>
        </w:tc>
      </w:tr>
      <w:tr w:rsidR="007360DD" w:rsidRPr="00B62328" w14:paraId="5A8DE92C" w14:textId="77777777" w:rsidTr="002D4E59">
        <w:trPr>
          <w:trHeight w:val="340"/>
        </w:trPr>
        <w:tc>
          <w:tcPr>
            <w:tcW w:w="1635" w:type="dxa"/>
            <w:vAlign w:val="center"/>
          </w:tcPr>
          <w:p w14:paraId="07CCE739" w14:textId="3F5E512E" w:rsidR="007360DD" w:rsidRPr="00B62328" w:rsidRDefault="00985939" w:rsidP="00596687">
            <w:pPr>
              <w:adjustRightInd w:val="0"/>
              <w:snapToGrid w:val="0"/>
              <w:jc w:val="both"/>
              <w:rPr>
                <w:rFonts w:ascii="Times New Roman" w:eastAsia="標楷體" w:hAnsi="Times New Roman" w:cs="Times New Roman"/>
              </w:rPr>
            </w:pPr>
            <w:r w:rsidRPr="00B62328">
              <w:rPr>
                <w:rFonts w:ascii="Times New Roman" w:eastAsia="標楷體" w:hAnsi="Times New Roman" w:cs="Times New Roman"/>
              </w:rPr>
              <w:t>09:00</w:t>
            </w:r>
            <w:r w:rsidR="00374ACC" w:rsidRPr="00B62328">
              <w:rPr>
                <w:rFonts w:ascii="Times New Roman" w:eastAsia="標楷體" w:hAnsi="Times New Roman" w:cs="Times New Roman"/>
                <w:lang w:eastAsia="zh-TW"/>
              </w:rPr>
              <w:t>-</w:t>
            </w:r>
            <w:r w:rsidR="000A2662" w:rsidRPr="00B62328">
              <w:rPr>
                <w:rFonts w:ascii="Times New Roman" w:eastAsia="標楷體" w:hAnsi="Times New Roman" w:cs="Times New Roman"/>
                <w:lang w:eastAsia="zh-TW"/>
              </w:rPr>
              <w:t>10</w:t>
            </w:r>
            <w:r w:rsidRPr="00B62328">
              <w:rPr>
                <w:rFonts w:ascii="Times New Roman" w:eastAsia="標楷體" w:hAnsi="Times New Roman" w:cs="Times New Roman"/>
              </w:rPr>
              <w:t>:</w:t>
            </w:r>
            <w:r w:rsidR="000A2662" w:rsidRPr="00B62328">
              <w:rPr>
                <w:rFonts w:ascii="Times New Roman" w:eastAsia="標楷體" w:hAnsi="Times New Roman" w:cs="Times New Roman"/>
                <w:lang w:eastAsia="zh-TW"/>
              </w:rPr>
              <w:t>0</w:t>
            </w:r>
            <w:r w:rsidRPr="00B62328">
              <w:rPr>
                <w:rFonts w:ascii="Times New Roman" w:eastAsia="標楷體" w:hAnsi="Times New Roman" w:cs="Times New Roman"/>
              </w:rPr>
              <w:t>0</w:t>
            </w:r>
          </w:p>
        </w:tc>
        <w:tc>
          <w:tcPr>
            <w:tcW w:w="7721" w:type="dxa"/>
            <w:vAlign w:val="center"/>
          </w:tcPr>
          <w:p w14:paraId="5ACF376B" w14:textId="2D866529" w:rsidR="00363EC1" w:rsidRPr="00B62328" w:rsidRDefault="00985939" w:rsidP="00596687">
            <w:pPr>
              <w:adjustRightInd w:val="0"/>
              <w:snapToGrid w:val="0"/>
              <w:jc w:val="both"/>
              <w:rPr>
                <w:rFonts w:ascii="Times New Roman" w:eastAsia="標楷體" w:hAnsi="Times New Roman" w:cs="Times New Roman"/>
                <w:lang w:eastAsia="zh-TW"/>
              </w:rPr>
            </w:pPr>
            <w:r w:rsidRPr="00B62328">
              <w:rPr>
                <w:rFonts w:ascii="Times New Roman" w:eastAsia="標楷體" w:hAnsi="Times New Roman" w:cs="Times New Roman"/>
                <w:lang w:eastAsia="zh-TW"/>
              </w:rPr>
              <w:t>臺灣</w:t>
            </w:r>
            <w:proofErr w:type="gramStart"/>
            <w:r w:rsidRPr="00B62328">
              <w:rPr>
                <w:rFonts w:ascii="Times New Roman" w:eastAsia="標楷體" w:hAnsi="Times New Roman" w:cs="Times New Roman"/>
                <w:lang w:eastAsia="zh-TW"/>
              </w:rPr>
              <w:t>太極拳藝武觀摩</w:t>
            </w:r>
            <w:proofErr w:type="gramEnd"/>
            <w:r w:rsidRPr="00B62328">
              <w:rPr>
                <w:rFonts w:ascii="Times New Roman" w:eastAsia="標楷體" w:hAnsi="Times New Roman" w:cs="Times New Roman"/>
                <w:lang w:eastAsia="zh-TW"/>
              </w:rPr>
              <w:t>與展演</w:t>
            </w:r>
          </w:p>
        </w:tc>
      </w:tr>
      <w:tr w:rsidR="007360DD" w:rsidRPr="00B62328" w14:paraId="2DC6AF2E" w14:textId="77777777" w:rsidTr="002D4E59">
        <w:tc>
          <w:tcPr>
            <w:tcW w:w="1635" w:type="dxa"/>
          </w:tcPr>
          <w:p w14:paraId="11372D01" w14:textId="6F3CE8A2" w:rsidR="007360DD" w:rsidRPr="00B62328" w:rsidRDefault="00985939" w:rsidP="00536797">
            <w:pPr>
              <w:adjustRightInd w:val="0"/>
              <w:snapToGrid w:val="0"/>
              <w:rPr>
                <w:rFonts w:ascii="Times New Roman" w:eastAsia="標楷體" w:hAnsi="Times New Roman" w:cs="Times New Roman"/>
              </w:rPr>
            </w:pPr>
            <w:r w:rsidRPr="00B62328">
              <w:rPr>
                <w:rFonts w:ascii="Times New Roman" w:eastAsia="標楷體" w:hAnsi="Times New Roman" w:cs="Times New Roman"/>
              </w:rPr>
              <w:t>10:00</w:t>
            </w:r>
            <w:r w:rsidR="00374ACC" w:rsidRPr="00B62328">
              <w:rPr>
                <w:rFonts w:ascii="Times New Roman" w:eastAsia="標楷體" w:hAnsi="Times New Roman" w:cs="Times New Roman"/>
                <w:lang w:eastAsia="zh-TW"/>
              </w:rPr>
              <w:t>-</w:t>
            </w:r>
            <w:r w:rsidRPr="00B62328">
              <w:rPr>
                <w:rFonts w:ascii="Times New Roman" w:eastAsia="標楷體" w:hAnsi="Times New Roman" w:cs="Times New Roman"/>
              </w:rPr>
              <w:t>11:</w:t>
            </w:r>
            <w:r w:rsidR="006377F8">
              <w:rPr>
                <w:rFonts w:ascii="Times New Roman" w:eastAsia="標楷體" w:hAnsi="Times New Roman" w:cs="Times New Roman" w:hint="eastAsia"/>
                <w:lang w:eastAsia="zh-TW"/>
              </w:rPr>
              <w:t>40</w:t>
            </w:r>
          </w:p>
        </w:tc>
        <w:tc>
          <w:tcPr>
            <w:tcW w:w="7721" w:type="dxa"/>
          </w:tcPr>
          <w:p w14:paraId="23AB4FF0" w14:textId="77777777" w:rsidR="00D35176" w:rsidRPr="00B62328" w:rsidRDefault="00985939" w:rsidP="00CF1821">
            <w:pPr>
              <w:pStyle w:val="ae"/>
              <w:adjustRightInd w:val="0"/>
              <w:snapToGrid w:val="0"/>
              <w:ind w:left="0"/>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太極拳推手聯誼與交流</w:t>
            </w:r>
          </w:p>
          <w:p w14:paraId="17DCD246" w14:textId="67D8D749" w:rsidR="005F38CD" w:rsidRPr="00B62328" w:rsidRDefault="005F38CD" w:rsidP="005F38CD">
            <w:pPr>
              <w:pStyle w:val="ae"/>
              <w:numPr>
                <w:ilvl w:val="0"/>
                <w:numId w:val="14"/>
              </w:numPr>
              <w:adjustRightInd w:val="0"/>
              <w:snapToGrid w:val="0"/>
              <w:rPr>
                <w:rFonts w:ascii="Times New Roman" w:eastAsia="標楷體" w:hAnsi="Times New Roman" w:cs="Times New Roman"/>
                <w:lang w:eastAsia="zh-TW"/>
              </w:rPr>
            </w:pPr>
            <w:r w:rsidRPr="00B62328">
              <w:rPr>
                <w:rFonts w:ascii="Times New Roman" w:eastAsia="標楷體" w:hAnsi="Times New Roman" w:cs="Times New Roman"/>
                <w:b/>
                <w:bCs/>
                <w:lang w:eastAsia="zh-TW"/>
              </w:rPr>
              <w:t>推手體驗教學區</w:t>
            </w:r>
            <w:r w:rsidRPr="00B62328">
              <w:rPr>
                <w:rFonts w:ascii="Times New Roman" w:eastAsia="標楷體" w:hAnsi="Times New Roman" w:cs="Times New Roman"/>
                <w:lang w:eastAsia="zh-TW"/>
              </w:rPr>
              <w:br/>
            </w:r>
            <w:r w:rsidRPr="00B62328">
              <w:rPr>
                <w:rFonts w:ascii="Times New Roman" w:eastAsia="標楷體" w:hAnsi="Times New Roman" w:cs="Times New Roman"/>
                <w:lang w:eastAsia="zh-TW"/>
              </w:rPr>
              <w:t>同時多點專業老師現場帶領，提供無推手經驗或初學者體驗太極推手基本概念與互動技巧，透過實際操作感受太極拳</w:t>
            </w:r>
            <w:proofErr w:type="gramStart"/>
            <w:r w:rsidRPr="00B62328">
              <w:rPr>
                <w:rFonts w:ascii="Times New Roman" w:eastAsia="標楷體" w:hAnsi="Times New Roman" w:cs="Times New Roman"/>
                <w:lang w:eastAsia="zh-TW"/>
              </w:rPr>
              <w:t>鬆</w:t>
            </w:r>
            <w:proofErr w:type="gramEnd"/>
            <w:r w:rsidRPr="00B62328">
              <w:rPr>
                <w:rFonts w:ascii="Times New Roman" w:eastAsia="標楷體" w:hAnsi="Times New Roman" w:cs="Times New Roman"/>
                <w:lang w:eastAsia="zh-TW"/>
              </w:rPr>
              <w:t>柔、</w:t>
            </w:r>
            <w:proofErr w:type="gramStart"/>
            <w:r w:rsidRPr="00B62328">
              <w:rPr>
                <w:rFonts w:ascii="Times New Roman" w:eastAsia="標楷體" w:hAnsi="Times New Roman" w:cs="Times New Roman"/>
                <w:lang w:eastAsia="zh-TW"/>
              </w:rPr>
              <w:t>聽勁與</w:t>
            </w:r>
            <w:proofErr w:type="gramEnd"/>
            <w:r w:rsidRPr="00B62328">
              <w:rPr>
                <w:rFonts w:ascii="Times New Roman" w:eastAsia="標楷體" w:hAnsi="Times New Roman" w:cs="Times New Roman"/>
                <w:lang w:eastAsia="zh-TW"/>
              </w:rPr>
              <w:t>身體協調之特色。</w:t>
            </w:r>
          </w:p>
          <w:p w14:paraId="6466A103" w14:textId="77777777" w:rsidR="007360DD" w:rsidRPr="00B62328" w:rsidRDefault="00D35176" w:rsidP="00CF1821">
            <w:pPr>
              <w:pStyle w:val="ae"/>
              <w:numPr>
                <w:ilvl w:val="0"/>
                <w:numId w:val="14"/>
              </w:numPr>
              <w:adjustRightInd w:val="0"/>
              <w:snapToGrid w:val="0"/>
              <w:rPr>
                <w:rFonts w:ascii="Times New Roman" w:eastAsia="標楷體" w:hAnsi="Times New Roman" w:cs="Times New Roman"/>
                <w:lang w:eastAsia="zh-TW"/>
              </w:rPr>
            </w:pPr>
            <w:r w:rsidRPr="00B62328">
              <w:rPr>
                <w:rFonts w:ascii="Times New Roman" w:eastAsia="標楷體" w:hAnsi="Times New Roman" w:cs="Times New Roman"/>
                <w:b/>
                <w:bCs/>
                <w:lang w:eastAsia="zh-TW"/>
              </w:rPr>
              <w:t>自由交流區</w:t>
            </w:r>
            <w:r w:rsidRPr="00B62328">
              <w:rPr>
                <w:rFonts w:ascii="Times New Roman" w:eastAsia="標楷體" w:hAnsi="Times New Roman" w:cs="Times New Roman"/>
                <w:lang w:eastAsia="zh-TW"/>
              </w:rPr>
              <w:br/>
            </w:r>
            <w:r w:rsidRPr="00B62328">
              <w:rPr>
                <w:rFonts w:ascii="Times New Roman" w:eastAsia="標楷體" w:hAnsi="Times New Roman" w:cs="Times New Roman"/>
                <w:lang w:eastAsia="zh-TW"/>
              </w:rPr>
              <w:t>現場自由選擇交流對象，與不同團體、不同</w:t>
            </w:r>
            <w:proofErr w:type="gramStart"/>
            <w:r w:rsidRPr="00B62328">
              <w:rPr>
                <w:rFonts w:ascii="Times New Roman" w:eastAsia="標楷體" w:hAnsi="Times New Roman" w:cs="Times New Roman"/>
                <w:lang w:eastAsia="zh-TW"/>
              </w:rPr>
              <w:t>拳系同好自由輪</w:t>
            </w:r>
            <w:proofErr w:type="gramEnd"/>
            <w:r w:rsidRPr="00B62328">
              <w:rPr>
                <w:rFonts w:ascii="Times New Roman" w:eastAsia="標楷體" w:hAnsi="Times New Roman" w:cs="Times New Roman"/>
                <w:lang w:eastAsia="zh-TW"/>
              </w:rPr>
              <w:t>替交流切磋，以「</w:t>
            </w:r>
            <w:proofErr w:type="gramStart"/>
            <w:r w:rsidRPr="00B62328">
              <w:rPr>
                <w:rFonts w:ascii="Times New Roman" w:eastAsia="標楷體" w:hAnsi="Times New Roman" w:cs="Times New Roman"/>
                <w:lang w:eastAsia="zh-TW"/>
              </w:rPr>
              <w:t>鬆</w:t>
            </w:r>
            <w:proofErr w:type="gramEnd"/>
            <w:r w:rsidRPr="00B62328">
              <w:rPr>
                <w:rFonts w:ascii="Times New Roman" w:eastAsia="標楷體" w:hAnsi="Times New Roman" w:cs="Times New Roman"/>
                <w:lang w:eastAsia="zh-TW"/>
              </w:rPr>
              <w:t>柔交流、以武會友」為核心精神。</w:t>
            </w:r>
          </w:p>
          <w:p w14:paraId="0CC6480C" w14:textId="52F7DF7E" w:rsidR="00CF1821" w:rsidRPr="00B62328" w:rsidRDefault="00CF1821" w:rsidP="00CF1821">
            <w:pPr>
              <w:pStyle w:val="ae"/>
              <w:adjustRightInd w:val="0"/>
              <w:snapToGrid w:val="0"/>
              <w:ind w:left="227"/>
              <w:rPr>
                <w:rFonts w:ascii="Times New Roman" w:eastAsia="標楷體" w:hAnsi="Times New Roman" w:cs="Times New Roman"/>
                <w:lang w:eastAsia="zh-TW"/>
              </w:rPr>
            </w:pPr>
          </w:p>
        </w:tc>
      </w:tr>
      <w:tr w:rsidR="00CF1821" w:rsidRPr="00B62328" w14:paraId="0248F69E" w14:textId="77777777" w:rsidTr="002D4E59">
        <w:tc>
          <w:tcPr>
            <w:tcW w:w="1635" w:type="dxa"/>
          </w:tcPr>
          <w:p w14:paraId="41A347B7" w14:textId="15822A2B" w:rsidR="00CF1821" w:rsidRPr="00B74B4D" w:rsidRDefault="00CF1821" w:rsidP="00CF1821">
            <w:pPr>
              <w:adjustRightInd w:val="0"/>
              <w:snapToGrid w:val="0"/>
              <w:rPr>
                <w:rFonts w:ascii="Times New Roman" w:eastAsia="標楷體" w:hAnsi="Times New Roman" w:cs="Times New Roman"/>
              </w:rPr>
            </w:pPr>
            <w:r w:rsidRPr="00B74B4D">
              <w:rPr>
                <w:rFonts w:ascii="Times New Roman" w:eastAsia="標楷體" w:hAnsi="Times New Roman" w:cs="Times New Roman"/>
              </w:rPr>
              <w:t>1</w:t>
            </w:r>
            <w:r w:rsidRPr="00B74B4D">
              <w:rPr>
                <w:rFonts w:ascii="Times New Roman" w:eastAsia="標楷體" w:hAnsi="Times New Roman" w:cs="Times New Roman"/>
                <w:lang w:eastAsia="zh-TW"/>
              </w:rPr>
              <w:t>1</w:t>
            </w:r>
            <w:r w:rsidRPr="00B74B4D">
              <w:rPr>
                <w:rFonts w:ascii="Times New Roman" w:eastAsia="標楷體" w:hAnsi="Times New Roman" w:cs="Times New Roman"/>
              </w:rPr>
              <w:t>:00</w:t>
            </w:r>
            <w:r w:rsidRPr="00B74B4D">
              <w:rPr>
                <w:rFonts w:ascii="Times New Roman" w:eastAsia="標楷體" w:hAnsi="Times New Roman" w:cs="Times New Roman"/>
                <w:lang w:eastAsia="zh-TW"/>
              </w:rPr>
              <w:t>-</w:t>
            </w:r>
            <w:r w:rsidRPr="00B74B4D">
              <w:rPr>
                <w:rFonts w:ascii="Times New Roman" w:eastAsia="標楷體" w:hAnsi="Times New Roman" w:cs="Times New Roman"/>
              </w:rPr>
              <w:t>11:30</w:t>
            </w:r>
          </w:p>
        </w:tc>
        <w:tc>
          <w:tcPr>
            <w:tcW w:w="7721" w:type="dxa"/>
          </w:tcPr>
          <w:p w14:paraId="179C62CB" w14:textId="77777777" w:rsidR="00CF1821" w:rsidRPr="00B74B4D" w:rsidRDefault="00CF1821" w:rsidP="00CF1821">
            <w:pPr>
              <w:pStyle w:val="ae"/>
              <w:adjustRightInd w:val="0"/>
              <w:snapToGrid w:val="0"/>
              <w:ind w:left="0"/>
              <w:contextualSpacing w:val="0"/>
              <w:rPr>
                <w:rFonts w:ascii="Times New Roman" w:eastAsia="標楷體" w:hAnsi="Times New Roman" w:cs="Times New Roman"/>
                <w:lang w:eastAsia="zh-TW"/>
              </w:rPr>
            </w:pPr>
            <w:r w:rsidRPr="00B74B4D">
              <w:rPr>
                <w:rFonts w:ascii="Times New Roman" w:eastAsia="標楷體" w:hAnsi="Times New Roman" w:cs="Times New Roman"/>
                <w:lang w:eastAsia="zh-TW"/>
              </w:rPr>
              <w:t>臺灣太極拳新書發表暨文史</w:t>
            </w:r>
            <w:proofErr w:type="gramStart"/>
            <w:r w:rsidRPr="00B74B4D">
              <w:rPr>
                <w:rFonts w:ascii="Times New Roman" w:eastAsia="標楷體" w:hAnsi="Times New Roman" w:cs="Times New Roman"/>
                <w:lang w:eastAsia="zh-TW"/>
              </w:rPr>
              <w:t>特</w:t>
            </w:r>
            <w:proofErr w:type="gramEnd"/>
            <w:r w:rsidRPr="00B74B4D">
              <w:rPr>
                <w:rFonts w:ascii="Times New Roman" w:eastAsia="標楷體" w:hAnsi="Times New Roman" w:cs="Times New Roman"/>
                <w:lang w:eastAsia="zh-TW"/>
              </w:rPr>
              <w:t>展</w:t>
            </w:r>
          </w:p>
          <w:p w14:paraId="30031BA9" w14:textId="60B89D67" w:rsidR="00CF1821" w:rsidRPr="00B62328" w:rsidRDefault="00CF1821" w:rsidP="00CF1821">
            <w:pPr>
              <w:pStyle w:val="ae"/>
              <w:adjustRightInd w:val="0"/>
              <w:snapToGrid w:val="0"/>
              <w:ind w:left="0"/>
              <w:contextualSpacing w:val="0"/>
              <w:rPr>
                <w:rFonts w:ascii="Times New Roman" w:eastAsia="標楷體" w:hAnsi="Times New Roman" w:cs="Times New Roman"/>
                <w:lang w:eastAsia="zh-TW"/>
              </w:rPr>
            </w:pPr>
            <w:proofErr w:type="gramStart"/>
            <w:r w:rsidRPr="00B74B4D">
              <w:rPr>
                <w:rFonts w:ascii="Times New Roman" w:eastAsia="標楷體" w:hAnsi="Times New Roman" w:cs="Times New Roman"/>
                <w:lang w:eastAsia="zh-TW"/>
              </w:rPr>
              <w:t>《</w:t>
            </w:r>
            <w:proofErr w:type="gramEnd"/>
            <w:r w:rsidRPr="00B74B4D">
              <w:rPr>
                <w:rFonts w:ascii="Times New Roman" w:eastAsia="標楷體" w:hAnsi="Times New Roman" w:cs="Times New Roman"/>
                <w:lang w:eastAsia="zh-TW"/>
              </w:rPr>
              <w:t>臺灣太極拳：跨海傳承與文化奠</w:t>
            </w:r>
            <w:r w:rsidRPr="00B74B4D">
              <w:rPr>
                <w:rFonts w:ascii="Times New Roman" w:eastAsia="標楷體" w:hAnsi="Times New Roman" w:cs="Times New Roman"/>
                <w:lang w:eastAsia="zh-TW"/>
              </w:rPr>
              <w:t xml:space="preserve"> </w:t>
            </w:r>
            <w:proofErr w:type="gramStart"/>
            <w:r w:rsidRPr="00B74B4D">
              <w:rPr>
                <w:rFonts w:ascii="Times New Roman" w:eastAsia="標楷體" w:hAnsi="Times New Roman" w:cs="Times New Roman"/>
                <w:lang w:eastAsia="zh-TW"/>
              </w:rPr>
              <w:t>》</w:t>
            </w:r>
            <w:proofErr w:type="gramEnd"/>
            <w:r w:rsidRPr="00B74B4D">
              <w:rPr>
                <w:rFonts w:ascii="Times New Roman" w:eastAsia="標楷體" w:hAnsi="Times New Roman" w:cs="Times New Roman"/>
                <w:lang w:eastAsia="zh-TW"/>
              </w:rPr>
              <w:t>新書發表，並展示臺灣太極拳歷史文獻、珍貴出版品、文化研究成果</w:t>
            </w:r>
            <w:r w:rsidR="0058422E" w:rsidRPr="00B74B4D">
              <w:rPr>
                <w:rFonts w:ascii="Times New Roman" w:eastAsia="標楷體" w:hAnsi="Times New Roman" w:cs="Times New Roman" w:hint="eastAsia"/>
                <w:lang w:eastAsia="zh-TW"/>
              </w:rPr>
              <w:t>，</w:t>
            </w:r>
            <w:r w:rsidRPr="00B74B4D">
              <w:rPr>
                <w:rFonts w:ascii="Times New Roman" w:eastAsia="標楷體" w:hAnsi="Times New Roman" w:cs="Times New Roman"/>
                <w:lang w:eastAsia="zh-TW"/>
              </w:rPr>
              <w:t>及影像紀錄。</w:t>
            </w:r>
          </w:p>
        </w:tc>
      </w:tr>
      <w:tr w:rsidR="00CF1821" w:rsidRPr="00B62328" w14:paraId="0EC666A7" w14:textId="77777777" w:rsidTr="002D4E59">
        <w:trPr>
          <w:trHeight w:val="340"/>
        </w:trPr>
        <w:tc>
          <w:tcPr>
            <w:tcW w:w="1635" w:type="dxa"/>
            <w:vAlign w:val="center"/>
          </w:tcPr>
          <w:p w14:paraId="3A3B41BE" w14:textId="4E9A170B" w:rsidR="00CF1821" w:rsidRPr="00B62328" w:rsidRDefault="00CF1821" w:rsidP="00CF1821">
            <w:pPr>
              <w:adjustRightInd w:val="0"/>
              <w:snapToGrid w:val="0"/>
              <w:jc w:val="both"/>
              <w:rPr>
                <w:rFonts w:ascii="Times New Roman" w:eastAsia="標楷體" w:hAnsi="Times New Roman" w:cs="Times New Roman"/>
              </w:rPr>
            </w:pPr>
            <w:r w:rsidRPr="00B62328">
              <w:rPr>
                <w:rFonts w:ascii="Times New Roman" w:eastAsia="標楷體" w:hAnsi="Times New Roman" w:cs="Times New Roman"/>
              </w:rPr>
              <w:t>11:</w:t>
            </w:r>
            <w:r w:rsidR="00C021D6">
              <w:rPr>
                <w:rFonts w:ascii="Times New Roman" w:eastAsia="標楷體" w:hAnsi="Times New Roman" w:cs="Times New Roman" w:hint="eastAsia"/>
                <w:lang w:eastAsia="zh-TW"/>
              </w:rPr>
              <w:t>50</w:t>
            </w:r>
            <w:r w:rsidRPr="00B62328">
              <w:rPr>
                <w:rFonts w:ascii="Times New Roman" w:eastAsia="標楷體" w:hAnsi="Times New Roman" w:cs="Times New Roman"/>
                <w:lang w:eastAsia="zh-TW"/>
              </w:rPr>
              <w:t>-</w:t>
            </w:r>
            <w:r w:rsidR="00573ADB">
              <w:rPr>
                <w:rFonts w:ascii="Times New Roman" w:eastAsia="標楷體" w:hAnsi="Times New Roman" w:cs="Times New Roman" w:hint="eastAsia"/>
                <w:lang w:eastAsia="zh-TW"/>
              </w:rPr>
              <w:t>12</w:t>
            </w:r>
            <w:r w:rsidRPr="00B62328">
              <w:rPr>
                <w:rFonts w:ascii="Times New Roman" w:eastAsia="標楷體" w:hAnsi="Times New Roman" w:cs="Times New Roman"/>
              </w:rPr>
              <w:t>:</w:t>
            </w:r>
            <w:r w:rsidR="00573ADB">
              <w:rPr>
                <w:rFonts w:ascii="Times New Roman" w:eastAsia="標楷體" w:hAnsi="Times New Roman" w:cs="Times New Roman" w:hint="eastAsia"/>
                <w:lang w:eastAsia="zh-TW"/>
              </w:rPr>
              <w:t>0</w:t>
            </w:r>
            <w:r w:rsidR="009B36E7">
              <w:rPr>
                <w:rFonts w:ascii="Times New Roman" w:eastAsia="標楷體" w:hAnsi="Times New Roman" w:cs="Times New Roman" w:hint="eastAsia"/>
                <w:lang w:eastAsia="zh-TW"/>
              </w:rPr>
              <w:t>0</w:t>
            </w:r>
          </w:p>
        </w:tc>
        <w:tc>
          <w:tcPr>
            <w:tcW w:w="7721" w:type="dxa"/>
            <w:vAlign w:val="center"/>
          </w:tcPr>
          <w:p w14:paraId="0E55DB30" w14:textId="7B4E24A9" w:rsidR="00CF1821" w:rsidRPr="00B62328" w:rsidRDefault="00CF1821" w:rsidP="00CF1821">
            <w:pPr>
              <w:adjustRightInd w:val="0"/>
              <w:snapToGrid w:val="0"/>
              <w:jc w:val="both"/>
              <w:rPr>
                <w:rFonts w:ascii="Times New Roman" w:eastAsia="標楷體" w:hAnsi="Times New Roman" w:cs="Times New Roman"/>
              </w:rPr>
            </w:pPr>
            <w:proofErr w:type="spellStart"/>
            <w:r w:rsidRPr="00B62328">
              <w:rPr>
                <w:rFonts w:ascii="Times New Roman" w:eastAsia="標楷體" w:hAnsi="Times New Roman" w:cs="Times New Roman"/>
              </w:rPr>
              <w:t>閉幕交流</w:t>
            </w:r>
            <w:proofErr w:type="spellEnd"/>
          </w:p>
        </w:tc>
      </w:tr>
      <w:tr w:rsidR="00CF1821" w:rsidRPr="00B62328" w14:paraId="64B6DB47" w14:textId="77777777" w:rsidTr="002D4E59">
        <w:trPr>
          <w:trHeight w:val="340"/>
        </w:trPr>
        <w:tc>
          <w:tcPr>
            <w:tcW w:w="1635" w:type="dxa"/>
            <w:vAlign w:val="center"/>
          </w:tcPr>
          <w:p w14:paraId="6C5CE091" w14:textId="4D96C8B0" w:rsidR="00CF1821" w:rsidRPr="00B62328" w:rsidRDefault="00573ADB" w:rsidP="00CF1821">
            <w:pPr>
              <w:adjustRightInd w:val="0"/>
              <w:snapToGrid w:val="0"/>
              <w:jc w:val="both"/>
              <w:rPr>
                <w:rFonts w:ascii="Times New Roman" w:eastAsia="標楷體" w:hAnsi="Times New Roman" w:cs="Times New Roman"/>
              </w:rPr>
            </w:pPr>
            <w:r>
              <w:rPr>
                <w:rFonts w:ascii="Times New Roman" w:eastAsia="標楷體" w:hAnsi="Times New Roman" w:cs="Times New Roman" w:hint="eastAsia"/>
                <w:lang w:eastAsia="zh-TW"/>
              </w:rPr>
              <w:t>12</w:t>
            </w:r>
            <w:r w:rsidR="00CF1821" w:rsidRPr="00B62328">
              <w:rPr>
                <w:rFonts w:ascii="Times New Roman" w:eastAsia="標楷體" w:hAnsi="Times New Roman" w:cs="Times New Roman"/>
              </w:rPr>
              <w:t>:</w:t>
            </w:r>
            <w:r>
              <w:rPr>
                <w:rFonts w:ascii="Times New Roman" w:eastAsia="標楷體" w:hAnsi="Times New Roman" w:cs="Times New Roman" w:hint="eastAsia"/>
                <w:lang w:eastAsia="zh-TW"/>
              </w:rPr>
              <w:t>0</w:t>
            </w:r>
            <w:r w:rsidR="00CF1821" w:rsidRPr="00B62328">
              <w:rPr>
                <w:rFonts w:ascii="Times New Roman" w:eastAsia="標楷體" w:hAnsi="Times New Roman" w:cs="Times New Roman"/>
              </w:rPr>
              <w:t>0</w:t>
            </w:r>
            <w:r>
              <w:rPr>
                <w:rFonts w:ascii="Times New Roman" w:eastAsia="標楷體" w:hAnsi="Times New Roman" w:cs="Times New Roman" w:hint="eastAsia"/>
                <w:lang w:eastAsia="zh-TW"/>
              </w:rPr>
              <w:t>~</w:t>
            </w:r>
          </w:p>
        </w:tc>
        <w:tc>
          <w:tcPr>
            <w:tcW w:w="7721" w:type="dxa"/>
            <w:vAlign w:val="center"/>
          </w:tcPr>
          <w:p w14:paraId="42201AF4" w14:textId="1AD7DAAA" w:rsidR="00CF1821" w:rsidRPr="00B62328" w:rsidRDefault="00CF1821" w:rsidP="00CF1821">
            <w:pPr>
              <w:adjustRightInd w:val="0"/>
              <w:snapToGrid w:val="0"/>
              <w:jc w:val="both"/>
              <w:rPr>
                <w:rFonts w:ascii="Times New Roman" w:eastAsia="標楷體" w:hAnsi="Times New Roman" w:cs="Times New Roman"/>
                <w:lang w:eastAsia="zh-TW"/>
              </w:rPr>
            </w:pPr>
            <w:proofErr w:type="spellStart"/>
            <w:r w:rsidRPr="00B62328">
              <w:rPr>
                <w:rFonts w:ascii="Times New Roman" w:eastAsia="標楷體" w:hAnsi="Times New Roman" w:cs="Times New Roman"/>
              </w:rPr>
              <w:t>溫馨賦歸</w:t>
            </w:r>
            <w:proofErr w:type="spellEnd"/>
          </w:p>
        </w:tc>
      </w:tr>
    </w:tbl>
    <w:p w14:paraId="2353F33F" w14:textId="77777777" w:rsidR="00374ACC" w:rsidRPr="00B62328" w:rsidRDefault="00374ACC" w:rsidP="00517119">
      <w:pPr>
        <w:pStyle w:val="a0"/>
        <w:numPr>
          <w:ilvl w:val="0"/>
          <w:numId w:val="0"/>
        </w:numPr>
        <w:adjustRightInd w:val="0"/>
        <w:snapToGrid w:val="0"/>
        <w:spacing w:after="0" w:line="240" w:lineRule="auto"/>
        <w:contextualSpacing w:val="0"/>
        <w:rPr>
          <w:rFonts w:ascii="Times New Roman" w:eastAsia="標楷體" w:hAnsi="Times New Roman" w:cs="Times New Roman"/>
          <w:lang w:eastAsia="zh-TW"/>
        </w:rPr>
      </w:pPr>
    </w:p>
    <w:p w14:paraId="12EA0E1D" w14:textId="77777777" w:rsidR="00CA1443" w:rsidRPr="00CA1443" w:rsidRDefault="00CA1443" w:rsidP="00CA1443">
      <w:pPr>
        <w:adjustRightInd w:val="0"/>
        <w:snapToGrid w:val="0"/>
        <w:spacing w:after="0" w:line="240" w:lineRule="auto"/>
        <w:rPr>
          <w:rFonts w:ascii="Times New Roman" w:eastAsia="標楷體" w:hAnsi="Times New Roman" w:cs="Times New Roman"/>
          <w:lang w:eastAsia="zh-TW"/>
        </w:rPr>
      </w:pPr>
    </w:p>
    <w:p w14:paraId="4C4DC826" w14:textId="797B86AA"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lastRenderedPageBreak/>
        <w:t>報名方式</w:t>
      </w:r>
      <w:r w:rsidR="00B20E63" w:rsidRPr="00B62328">
        <w:rPr>
          <w:rFonts w:ascii="Times New Roman" w:eastAsia="標楷體" w:hAnsi="Times New Roman" w:cs="Times New Roman"/>
          <w:b/>
          <w:sz w:val="28"/>
          <w:lang w:eastAsia="zh-TW"/>
        </w:rPr>
        <w:t>與聯絡資訊</w:t>
      </w:r>
    </w:p>
    <w:p w14:paraId="5592FDB9" w14:textId="6097032D" w:rsidR="00374ACC" w:rsidRDefault="00195FAE"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9F6FF8">
        <w:rPr>
          <w:rFonts w:ascii="Times New Roman" w:eastAsia="標楷體" w:hAnsi="Times New Roman" w:cs="Times New Roman" w:hint="eastAsia"/>
          <w:lang w:eastAsia="zh-TW"/>
        </w:rPr>
        <w:t>報名費用</w:t>
      </w:r>
      <w:r w:rsidRPr="009F6FF8">
        <w:rPr>
          <w:rFonts w:ascii="Times New Roman" w:eastAsia="標楷體" w:hAnsi="Times New Roman" w:cs="Times New Roman" w:hint="eastAsia"/>
          <w:lang w:eastAsia="zh-TW"/>
        </w:rPr>
        <w:t>300</w:t>
      </w:r>
      <w:r w:rsidRPr="009F6FF8">
        <w:rPr>
          <w:rFonts w:ascii="Times New Roman" w:eastAsia="標楷體" w:hAnsi="Times New Roman" w:cs="Times New Roman" w:hint="eastAsia"/>
          <w:lang w:eastAsia="zh-TW"/>
        </w:rPr>
        <w:t>元</w:t>
      </w:r>
      <w:r w:rsidRPr="009F6FF8">
        <w:rPr>
          <w:rFonts w:ascii="Times New Roman" w:eastAsia="標楷體" w:hAnsi="Times New Roman" w:cs="Times New Roman" w:hint="eastAsia"/>
          <w:lang w:eastAsia="zh-TW"/>
        </w:rPr>
        <w:t>/</w:t>
      </w:r>
      <w:r w:rsidRPr="009F6FF8">
        <w:rPr>
          <w:rFonts w:ascii="Times New Roman" w:eastAsia="標楷體" w:hAnsi="Times New Roman" w:cs="Times New Roman" w:hint="eastAsia"/>
          <w:lang w:eastAsia="zh-TW"/>
        </w:rPr>
        <w:t>人</w:t>
      </w:r>
      <w:r w:rsidRPr="009F6FF8">
        <w:rPr>
          <w:rFonts w:ascii="標楷體" w:eastAsia="標楷體" w:hAnsi="標楷體" w:cs="Times New Roman" w:hint="eastAsia"/>
          <w:lang w:eastAsia="zh-TW"/>
        </w:rPr>
        <w:t>，</w:t>
      </w:r>
      <w:r w:rsidR="00596687" w:rsidRPr="009F6FF8">
        <w:rPr>
          <w:rFonts w:ascii="Times New Roman" w:eastAsia="標楷體" w:hAnsi="Times New Roman" w:cs="Times New Roman"/>
          <w:lang w:eastAsia="zh-TW"/>
        </w:rPr>
        <w:t>本活</w:t>
      </w:r>
      <w:r w:rsidR="00BF2B98" w:rsidRPr="009F6FF8">
        <w:rPr>
          <w:rFonts w:ascii="Times New Roman" w:eastAsia="標楷體" w:hAnsi="Times New Roman" w:cs="Times New Roman"/>
          <w:lang w:eastAsia="zh-TW"/>
        </w:rPr>
        <w:t>動</w:t>
      </w:r>
      <w:r w:rsidR="00D47F40" w:rsidRPr="009F6FF8">
        <w:rPr>
          <w:rFonts w:ascii="Times New Roman" w:eastAsia="標楷體" w:hAnsi="Times New Roman" w:cs="Times New Roman" w:hint="eastAsia"/>
          <w:lang w:eastAsia="zh-TW"/>
        </w:rPr>
        <w:t>預定名額</w:t>
      </w:r>
      <w:r w:rsidR="00D47F40" w:rsidRPr="009F6FF8">
        <w:rPr>
          <w:rFonts w:ascii="Times New Roman" w:eastAsia="標楷體" w:hAnsi="Times New Roman" w:cs="Times New Roman" w:hint="eastAsia"/>
          <w:lang w:eastAsia="zh-TW"/>
        </w:rPr>
        <w:t>:</w:t>
      </w:r>
      <w:r w:rsidR="00BF2B98" w:rsidRPr="009F6FF8">
        <w:rPr>
          <w:rFonts w:ascii="Times New Roman" w:eastAsia="標楷體" w:hAnsi="Times New Roman" w:cs="Times New Roman"/>
          <w:lang w:eastAsia="zh-TW"/>
        </w:rPr>
        <w:t>400</w:t>
      </w:r>
      <w:r w:rsidR="00BF2B98" w:rsidRPr="009F6FF8">
        <w:rPr>
          <w:rFonts w:ascii="Times New Roman" w:eastAsia="標楷體" w:hAnsi="Times New Roman" w:cs="Times New Roman"/>
          <w:lang w:eastAsia="zh-TW"/>
        </w:rPr>
        <w:t>名，</w:t>
      </w:r>
      <w:proofErr w:type="gramStart"/>
      <w:r w:rsidR="00E20715" w:rsidRPr="009F6FF8">
        <w:rPr>
          <w:rFonts w:ascii="Times New Roman" w:eastAsia="標楷體" w:hAnsi="Times New Roman" w:cs="Times New Roman"/>
          <w:lang w:eastAsia="zh-TW"/>
        </w:rPr>
        <w:t>採</w:t>
      </w:r>
      <w:proofErr w:type="gramEnd"/>
      <w:r w:rsidR="00BF2B98" w:rsidRPr="009F6FF8">
        <w:rPr>
          <w:rFonts w:ascii="Times New Roman" w:eastAsia="標楷體" w:hAnsi="Times New Roman" w:cs="Times New Roman"/>
          <w:lang w:eastAsia="zh-TW"/>
        </w:rPr>
        <w:t>額滿或至</w:t>
      </w:r>
      <w:r w:rsidR="00BF2B98" w:rsidRPr="009F6FF8">
        <w:rPr>
          <w:rFonts w:ascii="Times New Roman" w:eastAsia="標楷體" w:hAnsi="Times New Roman" w:cs="Times New Roman"/>
          <w:lang w:eastAsia="zh-TW"/>
        </w:rPr>
        <w:t>115</w:t>
      </w:r>
      <w:r w:rsidR="00BF2B98" w:rsidRPr="009F6FF8">
        <w:rPr>
          <w:rFonts w:ascii="Times New Roman" w:eastAsia="標楷體" w:hAnsi="Times New Roman" w:cs="Times New Roman"/>
          <w:lang w:eastAsia="zh-TW"/>
        </w:rPr>
        <w:t>年</w:t>
      </w:r>
      <w:r w:rsidR="00BF2B98" w:rsidRPr="009F6FF8">
        <w:rPr>
          <w:rFonts w:ascii="Times New Roman" w:eastAsia="標楷體" w:hAnsi="Times New Roman" w:cs="Times New Roman"/>
          <w:lang w:eastAsia="zh-TW"/>
        </w:rPr>
        <w:t>9</w:t>
      </w:r>
      <w:r w:rsidR="00BF2B98" w:rsidRPr="009F6FF8">
        <w:rPr>
          <w:rFonts w:ascii="Times New Roman" w:eastAsia="標楷體" w:hAnsi="Times New Roman" w:cs="Times New Roman"/>
          <w:lang w:eastAsia="zh-TW"/>
        </w:rPr>
        <w:t>月</w:t>
      </w:r>
      <w:r w:rsidR="00BF2B98" w:rsidRPr="009F6FF8">
        <w:rPr>
          <w:rFonts w:ascii="Times New Roman" w:eastAsia="標楷體" w:hAnsi="Times New Roman" w:cs="Times New Roman"/>
          <w:lang w:eastAsia="zh-TW"/>
        </w:rPr>
        <w:t>30</w:t>
      </w:r>
      <w:r w:rsidR="00BF2B98" w:rsidRPr="009F6FF8">
        <w:rPr>
          <w:rFonts w:ascii="Times New Roman" w:eastAsia="標楷體" w:hAnsi="Times New Roman" w:cs="Times New Roman"/>
          <w:lang w:eastAsia="zh-TW"/>
        </w:rPr>
        <w:t>日止</w:t>
      </w:r>
      <w:r w:rsidR="003F2D2A">
        <w:rPr>
          <w:rFonts w:ascii="標楷體" w:eastAsia="標楷體" w:hAnsi="標楷體" w:cs="Times New Roman" w:hint="eastAsia"/>
          <w:lang w:eastAsia="zh-TW"/>
        </w:rPr>
        <w:t>，</w:t>
      </w:r>
      <w:r w:rsidR="00FB4837">
        <w:rPr>
          <w:rFonts w:ascii="Times New Roman" w:eastAsia="標楷體" w:hAnsi="Times New Roman" w:cs="Times New Roman" w:hint="eastAsia"/>
          <w:lang w:eastAsia="zh-TW"/>
        </w:rPr>
        <w:t>大會提供精美紀念品每人一份</w:t>
      </w:r>
      <w:r w:rsidR="008C2A80" w:rsidRPr="009F6FF8">
        <w:rPr>
          <w:rFonts w:ascii="Times New Roman" w:eastAsia="標楷體" w:hAnsi="Times New Roman" w:cs="Times New Roman"/>
          <w:lang w:eastAsia="zh-TW"/>
        </w:rPr>
        <w:t>。</w:t>
      </w:r>
    </w:p>
    <w:p w14:paraId="0E64C7EB" w14:textId="77777777" w:rsidR="0028395B" w:rsidRPr="0028395B" w:rsidRDefault="0028395B" w:rsidP="0028395B">
      <w:pPr>
        <w:pStyle w:val="ae"/>
        <w:adjustRightInd w:val="0"/>
        <w:snapToGrid w:val="0"/>
        <w:spacing w:after="0" w:line="240" w:lineRule="auto"/>
        <w:ind w:left="851"/>
        <w:rPr>
          <w:rFonts w:ascii="Times New Roman" w:eastAsia="標楷體" w:hAnsi="Times New Roman" w:cs="Times New Roman"/>
          <w:lang w:eastAsia="zh-TW"/>
        </w:rPr>
      </w:pPr>
      <w:r w:rsidRPr="0028395B">
        <w:rPr>
          <w:rFonts w:ascii="Times New Roman" w:eastAsia="標楷體" w:hAnsi="Times New Roman" w:cs="Times New Roman" w:hint="eastAsia"/>
          <w:lang w:eastAsia="zh-TW"/>
        </w:rPr>
        <w:t>※</w:t>
      </w:r>
      <w:r w:rsidRPr="0028395B">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匯款帳戶：國泰</w:t>
      </w:r>
      <w:proofErr w:type="gramStart"/>
      <w:r w:rsidRPr="0028395B">
        <w:rPr>
          <w:rFonts w:ascii="Times New Roman" w:eastAsia="標楷體" w:hAnsi="Times New Roman" w:cs="Times New Roman"/>
          <w:lang w:eastAsia="zh-TW"/>
        </w:rPr>
        <w:t>世</w:t>
      </w:r>
      <w:proofErr w:type="gramEnd"/>
      <w:r w:rsidRPr="0028395B">
        <w:rPr>
          <w:rFonts w:ascii="Times New Roman" w:eastAsia="標楷體" w:hAnsi="Times New Roman" w:cs="Times New Roman"/>
          <w:lang w:eastAsia="zh-TW"/>
        </w:rPr>
        <w:t>華銀行建國分行</w:t>
      </w:r>
      <w:r w:rsidRPr="0028395B">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銀行代號</w:t>
      </w:r>
      <w:r w:rsidRPr="0028395B">
        <w:rPr>
          <w:rFonts w:ascii="Times New Roman" w:eastAsia="標楷體" w:hAnsi="Times New Roman" w:cs="Times New Roman"/>
          <w:lang w:eastAsia="zh-TW"/>
        </w:rPr>
        <w:t xml:space="preserve">013) </w:t>
      </w:r>
    </w:p>
    <w:p w14:paraId="4B5649ED" w14:textId="2AACC72E" w:rsidR="0028395B" w:rsidRPr="0028395B" w:rsidRDefault="0028395B" w:rsidP="0028395B">
      <w:pPr>
        <w:pStyle w:val="ae"/>
        <w:adjustRightInd w:val="0"/>
        <w:snapToGrid w:val="0"/>
        <w:spacing w:after="0" w:line="240" w:lineRule="auto"/>
        <w:ind w:left="851"/>
        <w:rPr>
          <w:rFonts w:ascii="Times New Roman" w:eastAsia="標楷體" w:hAnsi="Times New Roman" w:cs="Times New Roman"/>
          <w:lang w:eastAsia="zh-TW"/>
        </w:rPr>
      </w:pPr>
      <w:r w:rsidRPr="0028395B">
        <w:rPr>
          <w:rFonts w:ascii="Times New Roman" w:eastAsia="標楷體" w:hAnsi="Times New Roman" w:cs="Times New Roman"/>
          <w:lang w:eastAsia="zh-TW"/>
        </w:rPr>
        <w:t xml:space="preserve">  </w:t>
      </w:r>
      <w:r>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銀行帳號：</w:t>
      </w:r>
      <w:r w:rsidRPr="0028395B">
        <w:rPr>
          <w:rFonts w:ascii="Times New Roman" w:eastAsia="標楷體" w:hAnsi="Times New Roman" w:cs="Times New Roman"/>
          <w:lang w:eastAsia="zh-TW"/>
        </w:rPr>
        <w:t xml:space="preserve">223-03-201500-9   </w:t>
      </w:r>
    </w:p>
    <w:p w14:paraId="1C61C6B7" w14:textId="046847BF" w:rsidR="0028395B" w:rsidRPr="009F6FF8" w:rsidRDefault="0028395B" w:rsidP="0028395B">
      <w:pPr>
        <w:pStyle w:val="ae"/>
        <w:adjustRightInd w:val="0"/>
        <w:snapToGrid w:val="0"/>
        <w:spacing w:after="0" w:line="240" w:lineRule="auto"/>
        <w:ind w:left="851"/>
        <w:contextualSpacing w:val="0"/>
        <w:rPr>
          <w:rFonts w:ascii="Times New Roman" w:eastAsia="標楷體" w:hAnsi="Times New Roman" w:cs="Times New Roman" w:hint="eastAsia"/>
          <w:lang w:eastAsia="zh-TW"/>
        </w:rPr>
      </w:pPr>
      <w:r w:rsidRPr="0028395B">
        <w:rPr>
          <w:rFonts w:ascii="Times New Roman" w:eastAsia="標楷體" w:hAnsi="Times New Roman" w:cs="Times New Roman"/>
          <w:lang w:eastAsia="zh-TW"/>
        </w:rPr>
        <w:t xml:space="preserve">   </w:t>
      </w:r>
      <w:r>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戶</w:t>
      </w:r>
      <w:r w:rsidRPr="0028395B">
        <w:rPr>
          <w:rFonts w:ascii="Times New Roman" w:eastAsia="標楷體" w:hAnsi="Times New Roman" w:cs="Times New Roman"/>
          <w:lang w:eastAsia="zh-TW"/>
        </w:rPr>
        <w:t xml:space="preserve"> </w:t>
      </w:r>
      <w:r>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 xml:space="preserve"> </w:t>
      </w:r>
      <w:r w:rsidRPr="0028395B">
        <w:rPr>
          <w:rFonts w:ascii="Times New Roman" w:eastAsia="標楷體" w:hAnsi="Times New Roman" w:cs="Times New Roman"/>
          <w:lang w:eastAsia="zh-TW"/>
        </w:rPr>
        <w:t>名：中華民國太極拳總會賴瑞昌</w:t>
      </w:r>
      <w:r w:rsidRPr="0028395B">
        <w:rPr>
          <w:rFonts w:ascii="Times New Roman" w:eastAsia="標楷體" w:hAnsi="Times New Roman" w:cs="Times New Roman"/>
          <w:lang w:eastAsia="zh-TW"/>
        </w:rPr>
        <w:t>(</w:t>
      </w:r>
      <w:r w:rsidRPr="0028395B">
        <w:rPr>
          <w:rFonts w:ascii="Times New Roman" w:eastAsia="標楷體" w:hAnsi="Times New Roman" w:cs="Times New Roman"/>
          <w:lang w:eastAsia="zh-TW"/>
        </w:rPr>
        <w:t>團體報名者請勿個別匯款</w:t>
      </w:r>
      <w:r w:rsidRPr="0028395B">
        <w:rPr>
          <w:rFonts w:ascii="Times New Roman" w:eastAsia="標楷體" w:hAnsi="Times New Roman" w:cs="Times New Roman"/>
          <w:lang w:eastAsia="zh-TW"/>
        </w:rPr>
        <w:t>)</w:t>
      </w:r>
    </w:p>
    <w:p w14:paraId="10043B32" w14:textId="6E00F372" w:rsidR="00374ACC" w:rsidRPr="00B62328" w:rsidRDefault="00596687"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本活動</w:t>
      </w:r>
      <w:proofErr w:type="gramStart"/>
      <w:r w:rsidRPr="00B62328">
        <w:rPr>
          <w:rFonts w:ascii="Times New Roman" w:eastAsia="標楷體" w:hAnsi="Times New Roman" w:cs="Times New Roman"/>
          <w:lang w:eastAsia="zh-TW"/>
        </w:rPr>
        <w:t>採</w:t>
      </w:r>
      <w:proofErr w:type="gramEnd"/>
      <w:r w:rsidRPr="00B62328">
        <w:rPr>
          <w:rFonts w:ascii="Times New Roman" w:eastAsia="標楷體" w:hAnsi="Times New Roman" w:cs="Times New Roman"/>
          <w:lang w:eastAsia="zh-TW"/>
        </w:rPr>
        <w:t>單位報名制</w:t>
      </w:r>
      <w:r w:rsidRPr="00B62328">
        <w:rPr>
          <w:rFonts w:ascii="Times New Roman" w:eastAsia="標楷體" w:hAnsi="Times New Roman" w:cs="Times New Roman"/>
          <w:lang w:eastAsia="zh-TW"/>
        </w:rPr>
        <w:t xml:space="preserve"> (</w:t>
      </w:r>
      <w:r w:rsidRPr="00B62328">
        <w:rPr>
          <w:rFonts w:ascii="Times New Roman" w:eastAsia="標楷體" w:hAnsi="Times New Roman" w:cs="Times New Roman"/>
          <w:lang w:eastAsia="zh-TW"/>
        </w:rPr>
        <w:t>請見附件報名表，</w:t>
      </w:r>
      <w:r w:rsidR="00B20E63" w:rsidRPr="00B62328">
        <w:rPr>
          <w:rFonts w:ascii="Times New Roman" w:eastAsia="標楷體" w:hAnsi="Times New Roman" w:cs="Times New Roman"/>
          <w:lang w:eastAsia="zh-TW"/>
        </w:rPr>
        <w:t>每單位報名人數以</w:t>
      </w:r>
      <w:r w:rsidR="00B20E63" w:rsidRPr="00B62328">
        <w:rPr>
          <w:rFonts w:ascii="Times New Roman" w:eastAsia="標楷體" w:hAnsi="Times New Roman" w:cs="Times New Roman"/>
          <w:lang w:eastAsia="zh-TW"/>
        </w:rPr>
        <w:t>5</w:t>
      </w:r>
      <w:r w:rsidR="00B20E63" w:rsidRPr="00B62328">
        <w:rPr>
          <w:rFonts w:ascii="Times New Roman" w:eastAsia="標楷體" w:hAnsi="Times New Roman" w:cs="Times New Roman"/>
          <w:lang w:eastAsia="zh-TW"/>
        </w:rPr>
        <w:t>至</w:t>
      </w:r>
      <w:r w:rsidR="00CA1443">
        <w:rPr>
          <w:rFonts w:ascii="Times New Roman" w:eastAsia="標楷體" w:hAnsi="Times New Roman" w:cs="Times New Roman" w:hint="eastAsia"/>
          <w:lang w:eastAsia="zh-TW"/>
        </w:rPr>
        <w:t>15</w:t>
      </w:r>
      <w:r w:rsidR="00B20E63" w:rsidRPr="00B62328">
        <w:rPr>
          <w:rFonts w:ascii="Times New Roman" w:eastAsia="標楷體" w:hAnsi="Times New Roman" w:cs="Times New Roman"/>
          <w:lang w:eastAsia="zh-TW"/>
        </w:rPr>
        <w:t>人為原則</w:t>
      </w:r>
      <w:r w:rsidRPr="00B62328">
        <w:rPr>
          <w:rFonts w:ascii="Times New Roman" w:eastAsia="標楷體" w:hAnsi="Times New Roman" w:cs="Times New Roman"/>
          <w:lang w:eastAsia="zh-TW"/>
        </w:rPr>
        <w:t>)</w:t>
      </w:r>
      <w:r w:rsidR="008C2A80" w:rsidRPr="00B62328">
        <w:rPr>
          <w:rFonts w:ascii="Times New Roman" w:eastAsia="標楷體" w:hAnsi="Times New Roman" w:cs="Times New Roman"/>
          <w:lang w:eastAsia="zh-TW"/>
        </w:rPr>
        <w:t xml:space="preserve"> </w:t>
      </w:r>
      <w:r w:rsidR="008C2A80" w:rsidRPr="00B62328">
        <w:rPr>
          <w:rFonts w:ascii="Times New Roman" w:eastAsia="標楷體" w:hAnsi="Times New Roman" w:cs="Times New Roman"/>
          <w:lang w:eastAsia="zh-TW"/>
        </w:rPr>
        <w:t>。</w:t>
      </w:r>
      <w:r w:rsidR="00BF2B98" w:rsidRPr="00B62328">
        <w:rPr>
          <w:rFonts w:ascii="Times New Roman" w:eastAsia="標楷體" w:hAnsi="Times New Roman" w:cs="Times New Roman"/>
          <w:lang w:eastAsia="zh-TW"/>
        </w:rPr>
        <w:t xml:space="preserve"> </w:t>
      </w:r>
    </w:p>
    <w:p w14:paraId="0D4B9DF4" w14:textId="53FFA4D0" w:rsidR="00CA1443" w:rsidRPr="0083795B" w:rsidRDefault="00CA1443" w:rsidP="00CA1443">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8031BC">
        <w:rPr>
          <w:rFonts w:ascii="Times New Roman" w:eastAsia="標楷體" w:hAnsi="Times New Roman" w:cs="Times New Roman"/>
          <w:lang w:eastAsia="zh-TW"/>
        </w:rPr>
        <w:t>填妥附件報名表後，請</w:t>
      </w:r>
      <w:r w:rsidRPr="008031BC">
        <w:rPr>
          <w:rFonts w:ascii="Times New Roman" w:eastAsia="標楷體" w:hAnsi="Times New Roman" w:cs="Times New Roman"/>
          <w:lang w:eastAsia="zh-TW"/>
        </w:rPr>
        <w:t>E-mail</w:t>
      </w:r>
      <w:r w:rsidRPr="008031BC">
        <w:rPr>
          <w:rFonts w:ascii="Times New Roman" w:eastAsia="標楷體" w:hAnsi="Times New Roman" w:cs="Times New Roman"/>
          <w:lang w:eastAsia="zh-TW"/>
        </w:rPr>
        <w:t>回傳</w:t>
      </w:r>
      <w:r w:rsidRPr="008031BC">
        <w:rPr>
          <w:rFonts w:ascii="Times New Roman" w:eastAsia="標楷體" w:hAnsi="Times New Roman" w:cs="Times New Roman" w:hint="eastAsia"/>
          <w:lang w:eastAsia="zh-TW"/>
        </w:rPr>
        <w:t>至</w:t>
      </w:r>
      <w:r w:rsidRPr="008031BC">
        <w:rPr>
          <w:rFonts w:ascii="Times New Roman" w:eastAsia="標楷體" w:hAnsi="Times New Roman" w:cs="Times New Roman" w:hint="eastAsia"/>
          <w:lang w:eastAsia="zh-TW"/>
        </w:rPr>
        <w:t xml:space="preserve"> </w:t>
      </w:r>
      <w:hyperlink r:id="rId8" w:history="1">
        <w:r w:rsidRPr="008031BC">
          <w:rPr>
            <w:rStyle w:val="affa"/>
            <w:rFonts w:ascii="Times New Roman" w:eastAsia="標楷體" w:hAnsi="Times New Roman" w:cs="Times New Roman" w:hint="eastAsia"/>
            <w:lang w:eastAsia="zh-TW"/>
          </w:rPr>
          <w:t>t</w:t>
        </w:r>
        <w:r w:rsidRPr="008031BC">
          <w:rPr>
            <w:rStyle w:val="affa"/>
            <w:rFonts w:ascii="Times New Roman" w:eastAsia="標楷體" w:hAnsi="Times New Roman" w:cs="Times New Roman"/>
            <w:lang w:eastAsia="zh-TW"/>
          </w:rPr>
          <w:t>ccass@ms35.hinet.net</w:t>
        </w:r>
      </w:hyperlink>
      <w:r w:rsidRPr="008031BC">
        <w:rPr>
          <w:rFonts w:ascii="Times New Roman" w:eastAsia="標楷體" w:hAnsi="Times New Roman" w:cs="Times New Roman"/>
          <w:lang w:eastAsia="zh-TW"/>
        </w:rPr>
        <w:t xml:space="preserve"> </w:t>
      </w:r>
      <w:r w:rsidRPr="008031BC">
        <w:rPr>
          <w:rFonts w:ascii="Times New Roman" w:eastAsia="標楷體" w:hAnsi="Times New Roman" w:cs="Times New Roman" w:hint="eastAsia"/>
          <w:lang w:eastAsia="zh-TW"/>
        </w:rPr>
        <w:t>註明主旨</w:t>
      </w:r>
      <w:r w:rsidRPr="008031BC">
        <w:rPr>
          <w:rFonts w:ascii="Times New Roman" w:eastAsia="標楷體" w:hAnsi="Times New Roman" w:cs="Times New Roman" w:hint="eastAsia"/>
          <w:lang w:eastAsia="zh-TW"/>
        </w:rPr>
        <w:t>:</w:t>
      </w:r>
      <w:r w:rsidRPr="008031BC">
        <w:rPr>
          <w:rFonts w:ascii="標楷體" w:eastAsia="標楷體" w:hAnsi="標楷體" w:cs="Times New Roman" w:hint="eastAsia"/>
          <w:lang w:eastAsia="zh-TW"/>
        </w:rPr>
        <w:t>「</w:t>
      </w:r>
      <w:proofErr w:type="gramStart"/>
      <w:r w:rsidRPr="008031BC">
        <w:rPr>
          <w:rFonts w:ascii="Times New Roman" w:eastAsia="標楷體" w:hAnsi="Times New Roman" w:cs="Times New Roman" w:hint="eastAsia"/>
          <w:lang w:eastAsia="zh-TW"/>
        </w:rPr>
        <w:t>藝武</w:t>
      </w:r>
      <w:r w:rsidR="00D47F40">
        <w:rPr>
          <w:rFonts w:ascii="Times New Roman" w:eastAsia="標楷體" w:hAnsi="Times New Roman" w:cs="Times New Roman" w:hint="eastAsia"/>
          <w:lang w:eastAsia="zh-TW"/>
        </w:rPr>
        <w:t>暨</w:t>
      </w:r>
      <w:proofErr w:type="gramEnd"/>
      <w:r w:rsidR="00D47F40">
        <w:rPr>
          <w:rFonts w:ascii="Times New Roman" w:eastAsia="標楷體" w:hAnsi="Times New Roman" w:cs="Times New Roman" w:hint="eastAsia"/>
          <w:lang w:eastAsia="zh-TW"/>
        </w:rPr>
        <w:t>推手</w:t>
      </w:r>
      <w:r w:rsidRPr="008031BC">
        <w:rPr>
          <w:rFonts w:ascii="Times New Roman" w:eastAsia="標楷體" w:hAnsi="Times New Roman" w:cs="Times New Roman" w:hint="eastAsia"/>
          <w:lang w:eastAsia="zh-TW"/>
        </w:rPr>
        <w:t>觀摩</w:t>
      </w:r>
      <w:r w:rsidRPr="008031BC">
        <w:rPr>
          <w:rFonts w:ascii="Times New Roman" w:eastAsia="標楷體" w:hAnsi="Times New Roman" w:cs="Times New Roman" w:hint="eastAsia"/>
          <w:lang w:eastAsia="zh-TW"/>
        </w:rPr>
        <w:t>+</w:t>
      </w:r>
      <w:r w:rsidRPr="008031BC">
        <w:rPr>
          <w:rFonts w:ascii="Times New Roman" w:eastAsia="標楷體" w:hAnsi="Times New Roman" w:cs="Times New Roman" w:hint="eastAsia"/>
          <w:lang w:eastAsia="zh-TW"/>
        </w:rPr>
        <w:t>單位</w:t>
      </w:r>
      <w:r w:rsidRPr="008031BC">
        <w:rPr>
          <w:rFonts w:ascii="Times New Roman" w:eastAsia="標楷體" w:hAnsi="Times New Roman" w:cs="Times New Roman" w:hint="eastAsia"/>
          <w:lang w:eastAsia="zh-TW"/>
        </w:rPr>
        <w:t>/</w:t>
      </w:r>
      <w:r w:rsidRPr="008031BC">
        <w:rPr>
          <w:rFonts w:ascii="Times New Roman" w:eastAsia="標楷體" w:hAnsi="Times New Roman" w:cs="Times New Roman" w:hint="eastAsia"/>
          <w:lang w:eastAsia="zh-TW"/>
        </w:rPr>
        <w:t>團體名稱</w:t>
      </w:r>
      <w:r w:rsidRPr="008031BC">
        <w:rPr>
          <w:rFonts w:ascii="標楷體" w:eastAsia="標楷體" w:hAnsi="標楷體" w:cs="Times New Roman" w:hint="eastAsia"/>
          <w:lang w:eastAsia="zh-TW"/>
        </w:rPr>
        <w:t>」</w:t>
      </w:r>
      <w:r w:rsidR="00987768">
        <w:rPr>
          <w:rFonts w:ascii="標楷體" w:eastAsia="標楷體" w:hAnsi="標楷體" w:cs="Times New Roman" w:hint="eastAsia"/>
          <w:lang w:eastAsia="zh-TW"/>
        </w:rPr>
        <w:t>。</w:t>
      </w:r>
    </w:p>
    <w:p w14:paraId="0C964C6E" w14:textId="77777777" w:rsidR="004F75BC" w:rsidRDefault="0083795B" w:rsidP="00CA1443">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83795B">
        <w:rPr>
          <w:rFonts w:ascii="Times New Roman" w:eastAsia="標楷體" w:hAnsi="Times New Roman" w:cs="Times New Roman" w:hint="eastAsia"/>
          <w:lang w:eastAsia="zh-TW"/>
        </w:rPr>
        <w:t>推手指導老師免報名費</w:t>
      </w:r>
      <w:r w:rsidR="004F75BC" w:rsidRPr="004F75BC">
        <w:rPr>
          <w:rFonts w:ascii="Times New Roman" w:eastAsia="標楷體" w:hAnsi="Times New Roman" w:cs="Times New Roman"/>
          <w:lang w:eastAsia="zh-TW"/>
        </w:rPr>
        <w:t>。</w:t>
      </w:r>
    </w:p>
    <w:p w14:paraId="1AB17996" w14:textId="5AD3DB70" w:rsidR="0083795B" w:rsidRPr="008031BC" w:rsidRDefault="004F75BC" w:rsidP="004F75BC">
      <w:pPr>
        <w:pStyle w:val="ae"/>
        <w:adjustRightInd w:val="0"/>
        <w:snapToGrid w:val="0"/>
        <w:spacing w:after="0" w:line="240" w:lineRule="auto"/>
        <w:ind w:left="851"/>
        <w:contextualSpacing w:val="0"/>
        <w:rPr>
          <w:rFonts w:ascii="Times New Roman" w:eastAsia="標楷體" w:hAnsi="Times New Roman" w:cs="Times New Roman"/>
          <w:lang w:eastAsia="zh-TW"/>
        </w:rPr>
      </w:pPr>
      <w:r>
        <w:rPr>
          <w:rFonts w:ascii="Times New Roman" w:eastAsia="標楷體" w:hAnsi="Times New Roman" w:cs="Times New Roman" w:hint="eastAsia"/>
          <w:lang w:eastAsia="zh-TW"/>
        </w:rPr>
        <w:t>(</w:t>
      </w:r>
      <w:r w:rsidRPr="004F75BC">
        <w:rPr>
          <w:rFonts w:ascii="Times New Roman" w:eastAsia="標楷體" w:hAnsi="Times New Roman" w:cs="Times New Roman" w:hint="eastAsia"/>
          <w:lang w:eastAsia="zh-TW"/>
        </w:rPr>
        <w:t>推手指導老師：吳榮輝</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莊茂山</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黃宗興</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張志強</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林建民</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傅榮祥</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余國棟</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徐進明</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楊殿忠</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鍾亮輝</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宋秉修</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黃文佑</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楊正修</w:t>
      </w:r>
      <w:r>
        <w:rPr>
          <w:rFonts w:ascii="標楷體" w:eastAsia="標楷體" w:hAnsi="標楷體" w:cs="Times New Roman" w:hint="eastAsia"/>
          <w:lang w:eastAsia="zh-TW"/>
        </w:rPr>
        <w:t>、</w:t>
      </w:r>
      <w:r w:rsidRPr="004F75BC">
        <w:rPr>
          <w:rFonts w:ascii="Times New Roman" w:eastAsia="標楷體" w:hAnsi="Times New Roman" w:cs="Times New Roman"/>
          <w:lang w:eastAsia="zh-TW"/>
        </w:rPr>
        <w:t>徐聰輝</w:t>
      </w:r>
      <w:r>
        <w:rPr>
          <w:rFonts w:ascii="Times New Roman" w:eastAsia="標楷體" w:hAnsi="Times New Roman" w:cs="Times New Roman"/>
          <w:lang w:eastAsia="zh-TW"/>
        </w:rPr>
        <w:t>)</w:t>
      </w:r>
      <w:r w:rsidRPr="004F75BC">
        <w:rPr>
          <w:rFonts w:ascii="Times New Roman" w:eastAsia="標楷體" w:hAnsi="Times New Roman" w:cs="Times New Roman"/>
          <w:lang w:eastAsia="zh-TW"/>
        </w:rPr>
        <w:t xml:space="preserve"> </w:t>
      </w:r>
    </w:p>
    <w:p w14:paraId="661227F2" w14:textId="77777777" w:rsidR="008C2A80" w:rsidRPr="00B62328" w:rsidRDefault="008C2A80" w:rsidP="008C2A80">
      <w:pPr>
        <w:pStyle w:val="ae"/>
        <w:adjustRightInd w:val="0"/>
        <w:snapToGrid w:val="0"/>
        <w:spacing w:after="0" w:line="240" w:lineRule="auto"/>
        <w:ind w:left="851"/>
        <w:contextualSpacing w:val="0"/>
        <w:rPr>
          <w:rFonts w:ascii="Times New Roman" w:eastAsia="標楷體" w:hAnsi="Times New Roman" w:cs="Times New Roman"/>
          <w:lang w:eastAsia="zh-TW"/>
        </w:rPr>
      </w:pPr>
    </w:p>
    <w:p w14:paraId="78277599" w14:textId="77777777" w:rsidR="00CA1443" w:rsidRPr="005A26BA" w:rsidRDefault="00CA1443" w:rsidP="00CA1443">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5A26BA">
        <w:rPr>
          <w:rFonts w:ascii="Times New Roman" w:eastAsia="標楷體" w:hAnsi="Times New Roman" w:cs="Times New Roman"/>
          <w:b/>
          <w:sz w:val="28"/>
          <w:lang w:eastAsia="zh-TW"/>
        </w:rPr>
        <w:t>報名</w:t>
      </w:r>
      <w:r w:rsidRPr="005A26BA">
        <w:rPr>
          <w:rFonts w:ascii="Times New Roman" w:eastAsia="標楷體" w:hAnsi="Times New Roman" w:cs="Times New Roman"/>
          <w:b/>
          <w:sz w:val="28"/>
          <w:lang w:eastAsia="zh-TW"/>
        </w:rPr>
        <w:t>/</w:t>
      </w:r>
      <w:r w:rsidRPr="005A26BA">
        <w:rPr>
          <w:rFonts w:ascii="Times New Roman" w:eastAsia="標楷體" w:hAnsi="Times New Roman" w:cs="Times New Roman"/>
          <w:b/>
          <w:sz w:val="28"/>
          <w:lang w:eastAsia="zh-TW"/>
        </w:rPr>
        <w:t>聯絡資訊</w:t>
      </w:r>
    </w:p>
    <w:p w14:paraId="1CD768A5" w14:textId="7597BA4F" w:rsidR="00CA1443" w:rsidRPr="005A26BA" w:rsidRDefault="00B74B4D" w:rsidP="00CA1443">
      <w:pPr>
        <w:adjustRightInd w:val="0"/>
        <w:snapToGrid w:val="0"/>
        <w:spacing w:after="0" w:line="240" w:lineRule="auto"/>
        <w:rPr>
          <w:rFonts w:ascii="Times New Roman" w:eastAsia="標楷體" w:hAnsi="Times New Roman" w:cs="Times New Roman"/>
          <w:lang w:eastAsia="zh-TW"/>
        </w:rPr>
      </w:pPr>
      <w:r>
        <w:rPr>
          <w:rFonts w:ascii="Times New Roman" w:eastAsia="標楷體" w:hAnsi="Times New Roman" w:cs="Times New Roman" w:hint="eastAsia"/>
          <w:lang w:eastAsia="zh-TW"/>
        </w:rPr>
        <w:t xml:space="preserve">                </w:t>
      </w:r>
      <w:r w:rsidR="00CA1443" w:rsidRPr="005A26BA">
        <w:rPr>
          <w:rFonts w:ascii="Times New Roman" w:eastAsia="標楷體" w:hAnsi="Times New Roman" w:cs="Times New Roman"/>
          <w:lang w:eastAsia="zh-TW"/>
        </w:rPr>
        <w:t>聯絡人</w:t>
      </w:r>
      <w:r w:rsidR="00CA1443" w:rsidRPr="005A26BA">
        <w:rPr>
          <w:rFonts w:ascii="Times New Roman" w:eastAsia="標楷體" w:hAnsi="Times New Roman" w:cs="Times New Roman"/>
          <w:lang w:eastAsia="zh-TW"/>
        </w:rPr>
        <w:t xml:space="preserve">: </w:t>
      </w:r>
      <w:r w:rsidR="00CA1443">
        <w:rPr>
          <w:rFonts w:ascii="Times New Roman" w:eastAsia="標楷體" w:hAnsi="Times New Roman" w:cs="Times New Roman" w:hint="eastAsia"/>
          <w:lang w:eastAsia="zh-TW"/>
        </w:rPr>
        <w:t>吳一平副秘書長</w:t>
      </w:r>
    </w:p>
    <w:p w14:paraId="0ED63160" w14:textId="23D4ACD2" w:rsidR="00CA1443" w:rsidRPr="005A26BA" w:rsidRDefault="00B74B4D" w:rsidP="00CA1443">
      <w:pPr>
        <w:adjustRightInd w:val="0"/>
        <w:snapToGrid w:val="0"/>
        <w:spacing w:after="0" w:line="240" w:lineRule="auto"/>
        <w:rPr>
          <w:rFonts w:ascii="Times New Roman" w:eastAsia="標楷體" w:hAnsi="Times New Roman" w:cs="Times New Roman"/>
          <w:lang w:eastAsia="zh-TW"/>
        </w:rPr>
      </w:pPr>
      <w:r>
        <w:rPr>
          <w:rFonts w:ascii="Times New Roman" w:eastAsia="標楷體" w:hAnsi="Times New Roman" w:cs="Times New Roman" w:hint="eastAsia"/>
          <w:lang w:eastAsia="zh-TW"/>
        </w:rPr>
        <w:t xml:space="preserve">                </w:t>
      </w:r>
      <w:r w:rsidR="00CA1443" w:rsidRPr="005A26BA">
        <w:rPr>
          <w:rFonts w:ascii="Times New Roman" w:eastAsia="標楷體" w:hAnsi="Times New Roman" w:cs="Times New Roman"/>
          <w:lang w:eastAsia="zh-TW"/>
        </w:rPr>
        <w:t>聯絡電話</w:t>
      </w:r>
      <w:r w:rsidR="00CA1443" w:rsidRPr="005A26BA">
        <w:rPr>
          <w:rFonts w:ascii="Times New Roman" w:eastAsia="標楷體" w:hAnsi="Times New Roman" w:cs="Times New Roman"/>
          <w:lang w:eastAsia="zh-TW"/>
        </w:rPr>
        <w:t>: 02-</w:t>
      </w:r>
      <w:r w:rsidR="00CA1443">
        <w:rPr>
          <w:rFonts w:ascii="Times New Roman" w:eastAsia="標楷體" w:hAnsi="Times New Roman" w:cs="Times New Roman" w:hint="eastAsia"/>
          <w:lang w:eastAsia="zh-TW"/>
        </w:rPr>
        <w:t>2778-3887</w:t>
      </w:r>
    </w:p>
    <w:p w14:paraId="4A30E287" w14:textId="352312EB" w:rsidR="00CA1443" w:rsidRPr="005A26BA" w:rsidRDefault="00B74B4D" w:rsidP="00CA1443">
      <w:pPr>
        <w:adjustRightInd w:val="0"/>
        <w:snapToGrid w:val="0"/>
        <w:spacing w:after="0" w:line="240" w:lineRule="auto"/>
        <w:rPr>
          <w:rFonts w:ascii="Times New Roman" w:eastAsia="標楷體" w:hAnsi="Times New Roman" w:cs="Times New Roman"/>
          <w:lang w:eastAsia="zh-TW"/>
        </w:rPr>
      </w:pPr>
      <w:r>
        <w:rPr>
          <w:rFonts w:ascii="Times New Roman" w:eastAsia="標楷體" w:hAnsi="Times New Roman" w:cs="Times New Roman" w:hint="eastAsia"/>
          <w:lang w:eastAsia="zh-TW"/>
        </w:rPr>
        <w:t xml:space="preserve">                </w:t>
      </w:r>
      <w:r w:rsidR="00CA1443" w:rsidRPr="005A26BA">
        <w:rPr>
          <w:rFonts w:ascii="Times New Roman" w:eastAsia="標楷體" w:hAnsi="Times New Roman" w:cs="Times New Roman"/>
          <w:lang w:eastAsia="zh-TW"/>
        </w:rPr>
        <w:t xml:space="preserve">E-mail: </w:t>
      </w:r>
      <w:hyperlink r:id="rId9" w:history="1">
        <w:r w:rsidR="00CA1443" w:rsidRPr="008031BC">
          <w:rPr>
            <w:rStyle w:val="affa"/>
            <w:rFonts w:ascii="Times New Roman" w:eastAsia="標楷體" w:hAnsi="Times New Roman" w:cs="Times New Roman" w:hint="eastAsia"/>
            <w:lang w:eastAsia="zh-TW"/>
          </w:rPr>
          <w:t>t</w:t>
        </w:r>
        <w:r w:rsidR="00CA1443" w:rsidRPr="008031BC">
          <w:rPr>
            <w:rStyle w:val="affa"/>
            <w:rFonts w:ascii="Times New Roman" w:eastAsia="標楷體" w:hAnsi="Times New Roman" w:cs="Times New Roman"/>
            <w:lang w:eastAsia="zh-TW"/>
          </w:rPr>
          <w:t>ccass@ms35.hinet.net</w:t>
        </w:r>
      </w:hyperlink>
    </w:p>
    <w:p w14:paraId="4C303487" w14:textId="77777777" w:rsidR="00CA1443" w:rsidRPr="00CA1443" w:rsidRDefault="00CA1443" w:rsidP="00CA1443">
      <w:pPr>
        <w:adjustRightInd w:val="0"/>
        <w:snapToGrid w:val="0"/>
        <w:spacing w:after="0" w:line="240" w:lineRule="auto"/>
        <w:rPr>
          <w:rFonts w:ascii="Times New Roman" w:eastAsia="標楷體" w:hAnsi="Times New Roman" w:cs="Times New Roman"/>
          <w:lang w:eastAsia="zh-TW"/>
        </w:rPr>
      </w:pPr>
    </w:p>
    <w:p w14:paraId="0D4C0229" w14:textId="705BFE20"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注意事項</w:t>
      </w:r>
    </w:p>
    <w:p w14:paraId="60E052E0" w14:textId="24956C26"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參加人員請準時報到並</w:t>
      </w:r>
      <w:r w:rsidR="00D47F40">
        <w:rPr>
          <w:rFonts w:ascii="Times New Roman" w:eastAsia="標楷體" w:hAnsi="Times New Roman" w:cs="Times New Roman" w:hint="eastAsia"/>
          <w:lang w:eastAsia="zh-TW"/>
        </w:rPr>
        <w:t>佩帶證件及</w:t>
      </w:r>
      <w:r w:rsidRPr="00B62328">
        <w:rPr>
          <w:rFonts w:ascii="Times New Roman" w:eastAsia="標楷體" w:hAnsi="Times New Roman" w:cs="Times New Roman"/>
          <w:lang w:eastAsia="zh-TW"/>
        </w:rPr>
        <w:t>遵守活動流程</w:t>
      </w:r>
      <w:r w:rsidR="008C2A80" w:rsidRPr="00B62328">
        <w:rPr>
          <w:rFonts w:ascii="Times New Roman" w:eastAsia="標楷體" w:hAnsi="Times New Roman" w:cs="Times New Roman"/>
          <w:lang w:eastAsia="zh-TW"/>
        </w:rPr>
        <w:t>。</w:t>
      </w:r>
    </w:p>
    <w:p w14:paraId="18F23AE9" w14:textId="04AB389A"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請穿著適合運動之輕便服裝與運動鞋</w:t>
      </w:r>
      <w:r w:rsidR="008C2A80" w:rsidRPr="00B62328">
        <w:rPr>
          <w:rFonts w:ascii="Times New Roman" w:eastAsia="標楷體" w:hAnsi="Times New Roman" w:cs="Times New Roman"/>
          <w:lang w:eastAsia="zh-TW"/>
        </w:rPr>
        <w:t>。</w:t>
      </w:r>
    </w:p>
    <w:p w14:paraId="5BBEB3EA" w14:textId="6C029455"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推手</w:t>
      </w:r>
      <w:r w:rsidR="00363EC1" w:rsidRPr="00B62328">
        <w:rPr>
          <w:rFonts w:ascii="Times New Roman" w:eastAsia="標楷體" w:hAnsi="Times New Roman" w:cs="Times New Roman"/>
          <w:lang w:eastAsia="zh-TW"/>
        </w:rPr>
        <w:t>聯誼</w:t>
      </w:r>
      <w:r w:rsidRPr="00B62328">
        <w:rPr>
          <w:rFonts w:ascii="Times New Roman" w:eastAsia="標楷體" w:hAnsi="Times New Roman" w:cs="Times New Roman"/>
          <w:lang w:eastAsia="zh-TW"/>
        </w:rPr>
        <w:t>交流以「</w:t>
      </w:r>
      <w:proofErr w:type="gramStart"/>
      <w:r w:rsidRPr="00B62328">
        <w:rPr>
          <w:rFonts w:ascii="Times New Roman" w:eastAsia="標楷體" w:hAnsi="Times New Roman" w:cs="Times New Roman"/>
          <w:lang w:eastAsia="zh-TW"/>
        </w:rPr>
        <w:t>鬆</w:t>
      </w:r>
      <w:proofErr w:type="gramEnd"/>
      <w:r w:rsidRPr="00B62328">
        <w:rPr>
          <w:rFonts w:ascii="Times New Roman" w:eastAsia="標楷體" w:hAnsi="Times New Roman" w:cs="Times New Roman"/>
          <w:lang w:eastAsia="zh-TW"/>
        </w:rPr>
        <w:t>柔交流、安全互敬」為原則</w:t>
      </w:r>
      <w:r w:rsidR="008C2A80" w:rsidRPr="00B62328">
        <w:rPr>
          <w:rFonts w:ascii="Times New Roman" w:eastAsia="標楷體" w:hAnsi="Times New Roman" w:cs="Times New Roman"/>
          <w:lang w:eastAsia="zh-TW"/>
        </w:rPr>
        <w:t>。</w:t>
      </w:r>
    </w:p>
    <w:p w14:paraId="6AB894B2" w14:textId="70F833A5" w:rsidR="00374ACC" w:rsidRPr="00B62328" w:rsidRDefault="00363EC1"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學校</w:t>
      </w:r>
      <w:r w:rsidR="0050167D" w:rsidRPr="00B62328">
        <w:rPr>
          <w:rFonts w:ascii="Times New Roman" w:eastAsia="標楷體" w:hAnsi="Times New Roman" w:cs="Times New Roman"/>
          <w:lang w:eastAsia="zh-TW"/>
        </w:rPr>
        <w:t>會場全面禁止吸菸、</w:t>
      </w:r>
      <w:r w:rsidRPr="00B62328">
        <w:rPr>
          <w:rFonts w:ascii="Times New Roman" w:eastAsia="標楷體" w:hAnsi="Times New Roman" w:cs="Times New Roman"/>
          <w:lang w:eastAsia="zh-TW"/>
        </w:rPr>
        <w:t>飲食</w:t>
      </w:r>
      <w:r w:rsidR="0050167D" w:rsidRPr="00B62328">
        <w:rPr>
          <w:rFonts w:ascii="Times New Roman" w:eastAsia="標楷體" w:hAnsi="Times New Roman" w:cs="Times New Roman"/>
          <w:lang w:eastAsia="zh-TW"/>
        </w:rPr>
        <w:t>嚼檳榔及飲酒；飲食請至</w:t>
      </w:r>
      <w:r w:rsidR="0050167D" w:rsidRPr="00B62328">
        <w:rPr>
          <w:rFonts w:ascii="Times New Roman" w:eastAsia="標楷體" w:hAnsi="Times New Roman" w:cs="Times New Roman"/>
          <w:lang w:eastAsia="zh-TW"/>
        </w:rPr>
        <w:t>5</w:t>
      </w:r>
      <w:r w:rsidR="0050167D" w:rsidRPr="00B62328">
        <w:rPr>
          <w:rFonts w:ascii="Times New Roman" w:eastAsia="標楷體" w:hAnsi="Times New Roman" w:cs="Times New Roman"/>
          <w:lang w:eastAsia="zh-TW"/>
        </w:rPr>
        <w:t>樓指定區域</w:t>
      </w:r>
      <w:r w:rsidR="008C2A80" w:rsidRPr="00B62328">
        <w:rPr>
          <w:rFonts w:ascii="Times New Roman" w:eastAsia="標楷體" w:hAnsi="Times New Roman" w:cs="Times New Roman"/>
          <w:lang w:eastAsia="zh-TW"/>
        </w:rPr>
        <w:t>。</w:t>
      </w:r>
    </w:p>
    <w:p w14:paraId="30936F26" w14:textId="70E35D79" w:rsidR="00374ACC" w:rsidRPr="00B62328" w:rsidRDefault="00985939"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未經報名之人員，請勿進入活動場域</w:t>
      </w:r>
      <w:r w:rsidR="008C2A80" w:rsidRPr="00B62328">
        <w:rPr>
          <w:rFonts w:ascii="Times New Roman" w:eastAsia="標楷體" w:hAnsi="Times New Roman" w:cs="Times New Roman"/>
          <w:lang w:eastAsia="zh-TW"/>
        </w:rPr>
        <w:t>。</w:t>
      </w:r>
    </w:p>
    <w:p w14:paraId="6C37895B" w14:textId="3EDD8D9A" w:rsidR="009C6F75" w:rsidRPr="00B62328" w:rsidRDefault="009C6F75"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活動期間請參與者注意自身身體狀況，如有不適請立即停止活動並通知工作人員協助</w:t>
      </w:r>
      <w:r w:rsidR="008C2A80" w:rsidRPr="00B62328">
        <w:rPr>
          <w:rFonts w:ascii="Times New Roman" w:eastAsia="標楷體" w:hAnsi="Times New Roman" w:cs="Times New Roman"/>
          <w:lang w:eastAsia="zh-TW"/>
        </w:rPr>
        <w:t>。</w:t>
      </w:r>
    </w:p>
    <w:p w14:paraId="4CACC0F0" w14:textId="77777777" w:rsidR="009C6F75" w:rsidRPr="00B62328" w:rsidRDefault="009C6F75" w:rsidP="009C6F75">
      <w:pPr>
        <w:pStyle w:val="ae"/>
        <w:adjustRightInd w:val="0"/>
        <w:snapToGrid w:val="0"/>
        <w:spacing w:after="0" w:line="240" w:lineRule="auto"/>
        <w:ind w:left="851"/>
        <w:contextualSpacing w:val="0"/>
        <w:rPr>
          <w:rFonts w:ascii="Times New Roman" w:eastAsia="標楷體" w:hAnsi="Times New Roman" w:cs="Times New Roman"/>
          <w:lang w:eastAsia="zh-TW"/>
        </w:rPr>
      </w:pPr>
    </w:p>
    <w:p w14:paraId="481164DB" w14:textId="514AD701" w:rsidR="007360DD" w:rsidRPr="00B62328" w:rsidRDefault="00985939" w:rsidP="00536797">
      <w:pPr>
        <w:pStyle w:val="ae"/>
        <w:numPr>
          <w:ilvl w:val="0"/>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b/>
          <w:sz w:val="28"/>
          <w:lang w:eastAsia="zh-TW"/>
        </w:rPr>
        <w:t>附則</w:t>
      </w:r>
    </w:p>
    <w:p w14:paraId="5AFBBE00" w14:textId="5D055E70" w:rsidR="00374ACC" w:rsidRPr="00B62328" w:rsidRDefault="0050167D" w:rsidP="00536797">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本活動僅投保公共意外責任險，</w:t>
      </w:r>
      <w:proofErr w:type="gramStart"/>
      <w:r w:rsidRPr="00B62328">
        <w:rPr>
          <w:rFonts w:ascii="Times New Roman" w:eastAsia="標楷體" w:hAnsi="Times New Roman" w:cs="Times New Roman"/>
          <w:lang w:eastAsia="zh-TW"/>
        </w:rPr>
        <w:t>未另提供</w:t>
      </w:r>
      <w:proofErr w:type="gramEnd"/>
      <w:r w:rsidRPr="00B62328">
        <w:rPr>
          <w:rFonts w:ascii="Times New Roman" w:eastAsia="標楷體" w:hAnsi="Times New Roman" w:cs="Times New Roman"/>
          <w:lang w:eastAsia="zh-TW"/>
        </w:rPr>
        <w:t>個人人身保險，請參與者依需求自行投保</w:t>
      </w:r>
      <w:r w:rsidR="00466D1C" w:rsidRPr="00B62328">
        <w:rPr>
          <w:rFonts w:ascii="Times New Roman" w:eastAsia="標楷體" w:hAnsi="Times New Roman" w:cs="Times New Roman"/>
          <w:lang w:eastAsia="zh-TW"/>
        </w:rPr>
        <w:t>。</w:t>
      </w:r>
    </w:p>
    <w:p w14:paraId="607696B0" w14:textId="27C2F1CA" w:rsidR="00B20E63" w:rsidRPr="00B62328" w:rsidRDefault="00985939" w:rsidP="00B20E63">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pPr>
      <w:r w:rsidRPr="00B62328">
        <w:rPr>
          <w:rFonts w:ascii="Times New Roman" w:eastAsia="標楷體" w:hAnsi="Times New Roman" w:cs="Times New Roman"/>
          <w:lang w:eastAsia="zh-TW"/>
        </w:rPr>
        <w:t>活動期間拍攝之照片與影像，主辦單位保有學術與教育推廣使用權</w:t>
      </w:r>
      <w:r w:rsidR="00466D1C" w:rsidRPr="00B62328">
        <w:rPr>
          <w:rFonts w:ascii="Times New Roman" w:eastAsia="標楷體" w:hAnsi="Times New Roman" w:cs="Times New Roman"/>
          <w:lang w:eastAsia="zh-TW"/>
        </w:rPr>
        <w:t>。</w:t>
      </w:r>
    </w:p>
    <w:p w14:paraId="45399B80" w14:textId="78BD535B" w:rsidR="00596687" w:rsidRPr="00B62328" w:rsidRDefault="00985939" w:rsidP="00B20E63">
      <w:pPr>
        <w:pStyle w:val="ae"/>
        <w:numPr>
          <w:ilvl w:val="1"/>
          <w:numId w:val="10"/>
        </w:numPr>
        <w:adjustRightInd w:val="0"/>
        <w:snapToGrid w:val="0"/>
        <w:spacing w:after="0" w:line="240" w:lineRule="auto"/>
        <w:contextualSpacing w:val="0"/>
        <w:rPr>
          <w:rFonts w:ascii="Times New Roman" w:eastAsia="標楷體" w:hAnsi="Times New Roman" w:cs="Times New Roman"/>
          <w:lang w:eastAsia="zh-TW"/>
        </w:rPr>
        <w:sectPr w:rsidR="00596687" w:rsidRPr="00B62328" w:rsidSect="001613C3">
          <w:footerReference w:type="default" r:id="rId10"/>
          <w:pgSz w:w="12240" w:h="15840"/>
          <w:pgMar w:top="1440" w:right="1440" w:bottom="1440" w:left="1440" w:header="737" w:footer="964" w:gutter="0"/>
          <w:cols w:space="720"/>
          <w:docGrid w:linePitch="360"/>
        </w:sectPr>
      </w:pPr>
      <w:r w:rsidRPr="00B62328">
        <w:rPr>
          <w:rFonts w:ascii="Times New Roman" w:eastAsia="標楷體" w:hAnsi="Times New Roman" w:cs="Times New Roman"/>
          <w:lang w:eastAsia="zh-TW"/>
        </w:rPr>
        <w:t>本計畫如有未盡事宜，由主辦單位修訂公告之</w:t>
      </w:r>
      <w:r w:rsidR="00466D1C" w:rsidRPr="00B62328">
        <w:rPr>
          <w:rFonts w:ascii="Times New Roman" w:eastAsia="標楷體" w:hAnsi="Times New Roman" w:cs="Times New Roman"/>
          <w:lang w:eastAsia="zh-TW"/>
        </w:rPr>
        <w:t>。</w:t>
      </w:r>
    </w:p>
    <w:p w14:paraId="4CE58463" w14:textId="751AACF2" w:rsidR="00700AED" w:rsidRPr="00700AED" w:rsidRDefault="00700AED" w:rsidP="00BB52D8">
      <w:pPr>
        <w:adjustRightInd w:val="0"/>
        <w:snapToGrid w:val="0"/>
        <w:spacing w:after="0" w:line="240" w:lineRule="auto"/>
        <w:jc w:val="center"/>
        <w:rPr>
          <w:rFonts w:ascii="Times New Roman" w:eastAsia="標楷體" w:hAnsi="Times New Roman" w:cs="Times New Roman"/>
          <w:b/>
          <w:sz w:val="72"/>
          <w:szCs w:val="72"/>
          <w:lang w:eastAsia="zh-TW"/>
        </w:rPr>
      </w:pPr>
      <w:r w:rsidRPr="00700AED">
        <w:rPr>
          <w:rFonts w:ascii="Times New Roman" w:eastAsia="標楷體" w:hAnsi="Times New Roman" w:cs="Times New Roman"/>
          <w:b/>
          <w:noProof/>
          <w:sz w:val="72"/>
          <w:szCs w:val="72"/>
          <w:lang w:val="zh-TW" w:eastAsia="zh-TW"/>
        </w:rPr>
        <w:lastRenderedPageBreak/>
        <mc:AlternateContent>
          <mc:Choice Requires="wps">
            <w:drawing>
              <wp:anchor distT="0" distB="0" distL="114300" distR="114300" simplePos="0" relativeHeight="251659264" behindDoc="0" locked="0" layoutInCell="1" allowOverlap="1" wp14:anchorId="6DB5AA01" wp14:editId="23DB8C56">
                <wp:simplePos x="0" y="0"/>
                <wp:positionH relativeFrom="column">
                  <wp:posOffset>-41910</wp:posOffset>
                </wp:positionH>
                <wp:positionV relativeFrom="paragraph">
                  <wp:posOffset>-174625</wp:posOffset>
                </wp:positionV>
                <wp:extent cx="655320" cy="312420"/>
                <wp:effectExtent l="0" t="0" r="11430" b="11430"/>
                <wp:wrapNone/>
                <wp:docPr id="1681249355" name="文字方塊 1"/>
                <wp:cNvGraphicFramePr/>
                <a:graphic xmlns:a="http://schemas.openxmlformats.org/drawingml/2006/main">
                  <a:graphicData uri="http://schemas.microsoft.com/office/word/2010/wordprocessingShape">
                    <wps:wsp>
                      <wps:cNvSpPr txBox="1"/>
                      <wps:spPr>
                        <a:xfrm>
                          <a:off x="0" y="0"/>
                          <a:ext cx="655320" cy="312420"/>
                        </a:xfrm>
                        <a:prstGeom prst="rect">
                          <a:avLst/>
                        </a:prstGeom>
                        <a:solidFill>
                          <a:schemeClr val="lt1"/>
                        </a:solidFill>
                        <a:ln w="6350">
                          <a:solidFill>
                            <a:prstClr val="black"/>
                          </a:solidFill>
                        </a:ln>
                      </wps:spPr>
                      <wps:txbx>
                        <w:txbxContent>
                          <w:p w14:paraId="55F0B9B7" w14:textId="1D2C6628" w:rsidR="00BF2B98" w:rsidRPr="00BF2B98" w:rsidRDefault="00BF2B98" w:rsidP="00BF2B98">
                            <w:pPr>
                              <w:jc w:val="center"/>
                              <w:rPr>
                                <w:rFonts w:ascii="標楷體" w:eastAsia="標楷體" w:hAnsi="標楷體"/>
                                <w:lang w:eastAsia="zh-TW"/>
                              </w:rPr>
                            </w:pPr>
                            <w:r w:rsidRPr="00BF2B98">
                              <w:rPr>
                                <w:rFonts w:ascii="標楷體" w:eastAsia="標楷體" w:hAnsi="標楷體" w:hint="eastAsia"/>
                                <w:lang w:eastAsia="zh-TW"/>
                              </w:rPr>
                              <w:t>附件</w:t>
                            </w:r>
                            <w:r w:rsidR="000F3559">
                              <w:rPr>
                                <w:rFonts w:ascii="標楷體" w:eastAsia="標楷體" w:hAnsi="標楷體" w:hint="eastAsia"/>
                                <w:lang w:eastAsia="zh-TW"/>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5AA01" id="_x0000_t202" coordsize="21600,21600" o:spt="202" path="m,l,21600r21600,l21600,xe">
                <v:stroke joinstyle="miter"/>
                <v:path gradientshapeok="t" o:connecttype="rect"/>
              </v:shapetype>
              <v:shape id="文字方塊 1" o:spid="_x0000_s1026" type="#_x0000_t202" style="position:absolute;left:0;text-align:left;margin-left:-3.3pt;margin-top:-13.75pt;width:51.6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" fillcolor="white [3201]" strokeweight=".5pt">
                <v:textbox>
                  <w:txbxContent>
                    <w:p w14:paraId="55F0B9B7" w14:textId="1D2C6628" w:rsidR="00BF2B98" w:rsidRPr="00BF2B98" w:rsidRDefault="00BF2B98" w:rsidP="00BF2B98">
                      <w:pPr>
                        <w:jc w:val="center"/>
                        <w:rPr>
                          <w:rFonts w:ascii="標楷體" w:eastAsia="標楷體" w:hAnsi="標楷體"/>
                          <w:lang w:eastAsia="zh-TW"/>
                        </w:rPr>
                      </w:pPr>
                      <w:r w:rsidRPr="00BF2B98">
                        <w:rPr>
                          <w:rFonts w:ascii="標楷體" w:eastAsia="標楷體" w:hAnsi="標楷體" w:hint="eastAsia"/>
                          <w:lang w:eastAsia="zh-TW"/>
                        </w:rPr>
                        <w:t>附件</w:t>
                      </w:r>
                      <w:r w:rsidR="000F3559">
                        <w:rPr>
                          <w:rFonts w:ascii="標楷體" w:eastAsia="標楷體" w:hAnsi="標楷體" w:hint="eastAsia"/>
                          <w:lang w:eastAsia="zh-TW"/>
                        </w:rPr>
                        <w:t>一</w:t>
                      </w:r>
                    </w:p>
                  </w:txbxContent>
                </v:textbox>
              </v:shape>
            </w:pict>
          </mc:Fallback>
        </mc:AlternateContent>
      </w:r>
      <w:r w:rsidRPr="00700AED">
        <w:rPr>
          <w:rFonts w:ascii="Times New Roman" w:eastAsia="標楷體" w:hAnsi="Times New Roman" w:cs="Times New Roman" w:hint="eastAsia"/>
          <w:b/>
          <w:sz w:val="72"/>
          <w:szCs w:val="72"/>
          <w:lang w:eastAsia="zh-TW"/>
        </w:rPr>
        <w:t>中華民國太極拳總會</w:t>
      </w:r>
    </w:p>
    <w:p w14:paraId="007C2248" w14:textId="377EF9E9" w:rsidR="00F26490" w:rsidRPr="00B62328" w:rsidRDefault="001A2FEB" w:rsidP="00BB52D8">
      <w:pPr>
        <w:adjustRightInd w:val="0"/>
        <w:snapToGrid w:val="0"/>
        <w:spacing w:after="0" w:line="240" w:lineRule="auto"/>
        <w:jc w:val="center"/>
        <w:rPr>
          <w:rFonts w:ascii="Times New Roman" w:eastAsia="標楷體" w:hAnsi="Times New Roman" w:cs="Times New Roman"/>
          <w:sz w:val="28"/>
          <w:szCs w:val="28"/>
          <w:lang w:eastAsia="zh-TW"/>
        </w:rPr>
      </w:pPr>
      <w:r w:rsidRPr="00700AED">
        <w:rPr>
          <w:rFonts w:ascii="Times New Roman" w:eastAsia="標楷體" w:hAnsi="Times New Roman" w:cs="Times New Roman"/>
          <w:b/>
          <w:sz w:val="36"/>
          <w:szCs w:val="36"/>
          <w:lang w:eastAsia="zh-TW"/>
        </w:rPr>
        <w:t>臺灣</w:t>
      </w:r>
      <w:proofErr w:type="gramStart"/>
      <w:r w:rsidRPr="00700AED">
        <w:rPr>
          <w:rFonts w:ascii="Times New Roman" w:eastAsia="標楷體" w:hAnsi="Times New Roman" w:cs="Times New Roman"/>
          <w:b/>
          <w:sz w:val="36"/>
          <w:szCs w:val="36"/>
          <w:lang w:eastAsia="zh-TW"/>
        </w:rPr>
        <w:t>太極拳藝武觀摩</w:t>
      </w:r>
      <w:proofErr w:type="gramEnd"/>
      <w:r w:rsidRPr="00700AED">
        <w:rPr>
          <w:rFonts w:ascii="Times New Roman" w:eastAsia="標楷體" w:hAnsi="Times New Roman" w:cs="Times New Roman"/>
          <w:b/>
          <w:sz w:val="36"/>
          <w:szCs w:val="36"/>
          <w:lang w:eastAsia="zh-TW"/>
        </w:rPr>
        <w:t>暨推手聯誼會報名表</w:t>
      </w:r>
    </w:p>
    <w:tbl>
      <w:tblPr>
        <w:tblStyle w:val="aff2"/>
        <w:tblW w:w="0" w:type="auto"/>
        <w:tblLook w:val="04A0" w:firstRow="1" w:lastRow="0" w:firstColumn="1" w:lastColumn="0" w:noHBand="0" w:noVBand="1"/>
      </w:tblPr>
      <w:tblGrid>
        <w:gridCol w:w="1668"/>
        <w:gridCol w:w="3260"/>
        <w:gridCol w:w="1417"/>
        <w:gridCol w:w="3399"/>
      </w:tblGrid>
      <w:tr w:rsidR="001A2FEB" w:rsidRPr="00B62328" w14:paraId="19B8F644" w14:textId="77777777" w:rsidTr="00154F9E">
        <w:trPr>
          <w:trHeight w:val="432"/>
        </w:trPr>
        <w:tc>
          <w:tcPr>
            <w:tcW w:w="1668" w:type="dxa"/>
            <w:shd w:val="clear" w:color="auto" w:fill="D9D9D9" w:themeFill="background1" w:themeFillShade="D9"/>
            <w:vAlign w:val="center"/>
          </w:tcPr>
          <w:p w14:paraId="5E59014F" w14:textId="77777777" w:rsidR="001A2FEB" w:rsidRPr="00B62328" w:rsidRDefault="001A2FEB" w:rsidP="00BB52D8">
            <w:pPr>
              <w:adjustRightInd w:val="0"/>
              <w:snapToGrid w:val="0"/>
              <w:jc w:val="both"/>
              <w:rPr>
                <w:rFonts w:ascii="Times New Roman" w:eastAsia="標楷體" w:hAnsi="Times New Roman" w:cs="Times New Roman"/>
                <w:b/>
                <w:bCs/>
                <w:szCs w:val="24"/>
                <w:lang w:eastAsia="zh-TW"/>
              </w:rPr>
            </w:pPr>
            <w:proofErr w:type="spellStart"/>
            <w:r w:rsidRPr="00B62328">
              <w:rPr>
                <w:rFonts w:ascii="Times New Roman" w:eastAsia="標楷體" w:hAnsi="Times New Roman" w:cs="Times New Roman"/>
                <w:b/>
                <w:bCs/>
                <w:szCs w:val="24"/>
              </w:rPr>
              <w:t>單位</w:t>
            </w:r>
            <w:proofErr w:type="spellEnd"/>
            <w:r w:rsidRPr="00B62328">
              <w:rPr>
                <w:rFonts w:ascii="Times New Roman" w:eastAsia="標楷體" w:hAnsi="Times New Roman" w:cs="Times New Roman"/>
                <w:b/>
                <w:bCs/>
                <w:szCs w:val="24"/>
                <w:lang w:eastAsia="zh-TW"/>
              </w:rPr>
              <w:t xml:space="preserve"> / </w:t>
            </w:r>
          </w:p>
          <w:p w14:paraId="179427C4" w14:textId="77777777" w:rsidR="001A2FEB" w:rsidRPr="00B62328" w:rsidRDefault="001A2FEB" w:rsidP="00BB52D8">
            <w:pPr>
              <w:adjustRightInd w:val="0"/>
              <w:snapToGrid w:val="0"/>
              <w:jc w:val="both"/>
              <w:rPr>
                <w:rFonts w:ascii="Times New Roman" w:eastAsia="標楷體" w:hAnsi="Times New Roman" w:cs="Times New Roman"/>
                <w:b/>
                <w:bCs/>
                <w:szCs w:val="24"/>
                <w:lang w:eastAsia="zh-TW"/>
              </w:rPr>
            </w:pPr>
            <w:proofErr w:type="spellStart"/>
            <w:r w:rsidRPr="00B62328">
              <w:rPr>
                <w:rFonts w:ascii="Times New Roman" w:eastAsia="標楷體" w:hAnsi="Times New Roman" w:cs="Times New Roman"/>
                <w:b/>
                <w:bCs/>
                <w:szCs w:val="24"/>
              </w:rPr>
              <w:t>團體名稱</w:t>
            </w:r>
            <w:proofErr w:type="spellEnd"/>
          </w:p>
        </w:tc>
        <w:tc>
          <w:tcPr>
            <w:tcW w:w="8076" w:type="dxa"/>
            <w:gridSpan w:val="3"/>
            <w:vAlign w:val="center"/>
          </w:tcPr>
          <w:p w14:paraId="29C64B8B" w14:textId="77777777" w:rsidR="001A2FEB" w:rsidRPr="00B62328" w:rsidRDefault="001A2FEB" w:rsidP="00BB52D8">
            <w:pPr>
              <w:adjustRightInd w:val="0"/>
              <w:snapToGrid w:val="0"/>
              <w:jc w:val="both"/>
              <w:rPr>
                <w:rFonts w:ascii="Times New Roman" w:eastAsia="標楷體" w:hAnsi="Times New Roman" w:cs="Times New Roman"/>
                <w:szCs w:val="24"/>
                <w:lang w:eastAsia="zh-TW"/>
              </w:rPr>
            </w:pPr>
          </w:p>
          <w:p w14:paraId="374CD5F5" w14:textId="529218F4" w:rsidR="001A2FEB" w:rsidRPr="00B62328" w:rsidRDefault="001A2FEB" w:rsidP="00BB52D8">
            <w:pPr>
              <w:adjustRightInd w:val="0"/>
              <w:snapToGrid w:val="0"/>
              <w:jc w:val="right"/>
              <w:rPr>
                <w:rFonts w:ascii="Times New Roman" w:eastAsia="標楷體" w:hAnsi="Times New Roman" w:cs="Times New Roman"/>
                <w:szCs w:val="24"/>
                <w:lang w:eastAsia="zh-TW"/>
              </w:rPr>
            </w:pPr>
            <w:r w:rsidRPr="00B62328">
              <w:rPr>
                <w:rFonts w:ascii="Times New Roman" w:eastAsia="標楷體" w:hAnsi="Times New Roman" w:cs="Times New Roman"/>
                <w:szCs w:val="24"/>
                <w:lang w:eastAsia="zh-TW"/>
              </w:rPr>
              <w:t xml:space="preserve">                                                                              (</w:t>
            </w:r>
            <w:r w:rsidRPr="00B62328">
              <w:rPr>
                <w:rFonts w:ascii="Times New Roman" w:eastAsia="標楷體" w:hAnsi="Times New Roman" w:cs="Times New Roman"/>
                <w:szCs w:val="24"/>
                <w:lang w:eastAsia="zh-TW"/>
              </w:rPr>
              <w:t>各隊將配置專屬隊伍舉牌</w:t>
            </w:r>
            <w:r w:rsidRPr="00B62328">
              <w:rPr>
                <w:rFonts w:ascii="Times New Roman" w:eastAsia="標楷體" w:hAnsi="Times New Roman" w:cs="Times New Roman"/>
                <w:szCs w:val="24"/>
                <w:lang w:eastAsia="zh-TW"/>
              </w:rPr>
              <w:t>)</w:t>
            </w:r>
          </w:p>
        </w:tc>
      </w:tr>
      <w:tr w:rsidR="001A2FEB" w:rsidRPr="00B62328" w14:paraId="678FE574" w14:textId="77777777" w:rsidTr="00154F9E">
        <w:trPr>
          <w:trHeight w:val="432"/>
        </w:trPr>
        <w:tc>
          <w:tcPr>
            <w:tcW w:w="1668" w:type="dxa"/>
            <w:shd w:val="clear" w:color="auto" w:fill="D9D9D9" w:themeFill="background1" w:themeFillShade="D9"/>
            <w:vAlign w:val="center"/>
          </w:tcPr>
          <w:p w14:paraId="67CC5582" w14:textId="77777777" w:rsidR="001A2FEB" w:rsidRPr="00B62328" w:rsidRDefault="001A2FEB" w:rsidP="00BB52D8">
            <w:pPr>
              <w:adjustRightInd w:val="0"/>
              <w:snapToGrid w:val="0"/>
              <w:jc w:val="both"/>
              <w:rPr>
                <w:rFonts w:ascii="Times New Roman" w:eastAsia="標楷體" w:hAnsi="Times New Roman" w:cs="Times New Roman"/>
                <w:b/>
                <w:bCs/>
                <w:szCs w:val="24"/>
              </w:rPr>
            </w:pPr>
            <w:proofErr w:type="spellStart"/>
            <w:r w:rsidRPr="00B62328">
              <w:rPr>
                <w:rFonts w:ascii="Times New Roman" w:eastAsia="標楷體" w:hAnsi="Times New Roman" w:cs="Times New Roman"/>
                <w:b/>
                <w:bCs/>
                <w:szCs w:val="24"/>
              </w:rPr>
              <w:t>聯絡人</w:t>
            </w:r>
            <w:proofErr w:type="spellEnd"/>
          </w:p>
        </w:tc>
        <w:tc>
          <w:tcPr>
            <w:tcW w:w="3260" w:type="dxa"/>
            <w:vAlign w:val="center"/>
          </w:tcPr>
          <w:p w14:paraId="24F94F05" w14:textId="77777777" w:rsidR="001A2FEB" w:rsidRPr="00B62328" w:rsidRDefault="001A2FEB" w:rsidP="00BB52D8">
            <w:pPr>
              <w:adjustRightInd w:val="0"/>
              <w:snapToGrid w:val="0"/>
              <w:jc w:val="both"/>
              <w:rPr>
                <w:rFonts w:ascii="Times New Roman" w:eastAsia="標楷體" w:hAnsi="Times New Roman" w:cs="Times New Roman"/>
                <w:szCs w:val="24"/>
                <w:lang w:eastAsia="zh-TW"/>
              </w:rPr>
            </w:pPr>
          </w:p>
        </w:tc>
        <w:tc>
          <w:tcPr>
            <w:tcW w:w="1417" w:type="dxa"/>
            <w:shd w:val="clear" w:color="auto" w:fill="D9D9D9" w:themeFill="background1" w:themeFillShade="D9"/>
            <w:vAlign w:val="center"/>
          </w:tcPr>
          <w:p w14:paraId="0B5930C9" w14:textId="77777777" w:rsidR="001A2FEB" w:rsidRPr="00B62328" w:rsidRDefault="001A2FEB" w:rsidP="00BB52D8">
            <w:pPr>
              <w:adjustRightInd w:val="0"/>
              <w:snapToGrid w:val="0"/>
              <w:jc w:val="both"/>
              <w:rPr>
                <w:rFonts w:ascii="Times New Roman" w:eastAsia="標楷體" w:hAnsi="Times New Roman" w:cs="Times New Roman"/>
                <w:b/>
                <w:bCs/>
                <w:szCs w:val="24"/>
              </w:rPr>
            </w:pPr>
            <w:proofErr w:type="spellStart"/>
            <w:r w:rsidRPr="00B62328">
              <w:rPr>
                <w:rFonts w:ascii="Times New Roman" w:eastAsia="標楷體" w:hAnsi="Times New Roman" w:cs="Times New Roman"/>
                <w:b/>
                <w:bCs/>
                <w:szCs w:val="24"/>
              </w:rPr>
              <w:t>聯絡電話</w:t>
            </w:r>
            <w:proofErr w:type="spellEnd"/>
          </w:p>
        </w:tc>
        <w:tc>
          <w:tcPr>
            <w:tcW w:w="3399" w:type="dxa"/>
            <w:vAlign w:val="center"/>
          </w:tcPr>
          <w:p w14:paraId="77B14ACF" w14:textId="77777777" w:rsidR="001A2FEB" w:rsidRPr="00B62328" w:rsidRDefault="001A2FEB" w:rsidP="00BB52D8">
            <w:pPr>
              <w:adjustRightInd w:val="0"/>
              <w:snapToGrid w:val="0"/>
              <w:jc w:val="both"/>
              <w:rPr>
                <w:rFonts w:ascii="Times New Roman" w:eastAsia="標楷體" w:hAnsi="Times New Roman" w:cs="Times New Roman"/>
                <w:szCs w:val="24"/>
              </w:rPr>
            </w:pPr>
          </w:p>
        </w:tc>
      </w:tr>
      <w:tr w:rsidR="001A2FEB" w:rsidRPr="00B62328" w14:paraId="6F307D3A" w14:textId="77777777" w:rsidTr="00154F9E">
        <w:trPr>
          <w:trHeight w:val="432"/>
        </w:trPr>
        <w:tc>
          <w:tcPr>
            <w:tcW w:w="1668" w:type="dxa"/>
            <w:shd w:val="clear" w:color="auto" w:fill="D9D9D9" w:themeFill="background1" w:themeFillShade="D9"/>
            <w:vAlign w:val="center"/>
          </w:tcPr>
          <w:p w14:paraId="16626F88" w14:textId="77777777" w:rsidR="001A2FEB" w:rsidRPr="00B62328" w:rsidRDefault="001A2FEB" w:rsidP="00BB52D8">
            <w:pPr>
              <w:adjustRightInd w:val="0"/>
              <w:snapToGrid w:val="0"/>
              <w:jc w:val="both"/>
              <w:rPr>
                <w:rFonts w:ascii="Times New Roman" w:eastAsia="標楷體" w:hAnsi="Times New Roman" w:cs="Times New Roman"/>
                <w:b/>
                <w:bCs/>
                <w:szCs w:val="24"/>
                <w:lang w:eastAsia="zh-TW"/>
              </w:rPr>
            </w:pPr>
            <w:r w:rsidRPr="00B62328">
              <w:rPr>
                <w:rFonts w:ascii="Times New Roman" w:eastAsia="標楷體" w:hAnsi="Times New Roman" w:cs="Times New Roman"/>
                <w:b/>
                <w:bCs/>
                <w:szCs w:val="24"/>
              </w:rPr>
              <w:t>E-mail</w:t>
            </w:r>
          </w:p>
        </w:tc>
        <w:tc>
          <w:tcPr>
            <w:tcW w:w="8076" w:type="dxa"/>
            <w:gridSpan w:val="3"/>
            <w:vAlign w:val="center"/>
          </w:tcPr>
          <w:p w14:paraId="595D6675" w14:textId="77777777" w:rsidR="001A2FEB" w:rsidRPr="00B62328" w:rsidRDefault="001A2FEB" w:rsidP="00BB52D8">
            <w:pPr>
              <w:adjustRightInd w:val="0"/>
              <w:snapToGrid w:val="0"/>
              <w:jc w:val="both"/>
              <w:rPr>
                <w:rFonts w:ascii="Times New Roman" w:eastAsia="標楷體" w:hAnsi="Times New Roman" w:cs="Times New Roman"/>
                <w:szCs w:val="24"/>
              </w:rPr>
            </w:pPr>
          </w:p>
        </w:tc>
      </w:tr>
      <w:tr w:rsidR="001A2FEB" w:rsidRPr="00B62328" w14:paraId="49B7CFF0" w14:textId="77777777" w:rsidTr="00154F9E">
        <w:trPr>
          <w:trHeight w:val="432"/>
        </w:trPr>
        <w:tc>
          <w:tcPr>
            <w:tcW w:w="1668" w:type="dxa"/>
            <w:shd w:val="clear" w:color="auto" w:fill="D9D9D9" w:themeFill="background1" w:themeFillShade="D9"/>
            <w:vAlign w:val="center"/>
          </w:tcPr>
          <w:p w14:paraId="32411B66" w14:textId="77777777" w:rsidR="001A2FEB" w:rsidRPr="00B62328" w:rsidRDefault="001A2FEB" w:rsidP="00BB52D8">
            <w:pPr>
              <w:adjustRightInd w:val="0"/>
              <w:snapToGrid w:val="0"/>
              <w:jc w:val="both"/>
              <w:rPr>
                <w:rFonts w:ascii="Times New Roman" w:eastAsia="標楷體" w:hAnsi="Times New Roman" w:cs="Times New Roman"/>
                <w:b/>
                <w:bCs/>
                <w:szCs w:val="24"/>
              </w:rPr>
            </w:pPr>
            <w:proofErr w:type="spellStart"/>
            <w:r w:rsidRPr="00B62328">
              <w:rPr>
                <w:rFonts w:ascii="Times New Roman" w:eastAsia="標楷體" w:hAnsi="Times New Roman" w:cs="Times New Roman"/>
                <w:b/>
                <w:bCs/>
                <w:szCs w:val="24"/>
              </w:rPr>
              <w:t>通訊地址</w:t>
            </w:r>
            <w:proofErr w:type="spellEnd"/>
          </w:p>
        </w:tc>
        <w:tc>
          <w:tcPr>
            <w:tcW w:w="8076" w:type="dxa"/>
            <w:gridSpan w:val="3"/>
            <w:vAlign w:val="center"/>
          </w:tcPr>
          <w:p w14:paraId="06C4DF51" w14:textId="77777777" w:rsidR="001A2FEB" w:rsidRPr="00B62328" w:rsidRDefault="001A2FEB" w:rsidP="00BB52D8">
            <w:pPr>
              <w:adjustRightInd w:val="0"/>
              <w:snapToGrid w:val="0"/>
              <w:jc w:val="both"/>
              <w:rPr>
                <w:rFonts w:ascii="Times New Roman" w:eastAsia="標楷體" w:hAnsi="Times New Roman" w:cs="Times New Roman"/>
                <w:szCs w:val="24"/>
                <w:lang w:eastAsia="zh-TW"/>
              </w:rPr>
            </w:pPr>
          </w:p>
        </w:tc>
      </w:tr>
    </w:tbl>
    <w:p w14:paraId="2BB0F5CB" w14:textId="4230B90A" w:rsidR="001A2FEB" w:rsidRPr="00B62328" w:rsidRDefault="001A2FEB" w:rsidP="00BB52D8">
      <w:pPr>
        <w:adjustRightInd w:val="0"/>
        <w:snapToGrid w:val="0"/>
        <w:spacing w:after="0" w:line="240" w:lineRule="auto"/>
        <w:rPr>
          <w:rFonts w:ascii="Times New Roman" w:eastAsia="標楷體" w:hAnsi="Times New Roman" w:cs="Times New Roman"/>
          <w:b/>
          <w:bCs/>
          <w:szCs w:val="24"/>
        </w:rPr>
      </w:pPr>
      <w:r w:rsidRPr="00B62328">
        <w:rPr>
          <w:rFonts w:ascii="Times New Roman" w:eastAsia="標楷體" w:hAnsi="Times New Roman" w:cs="Times New Roman"/>
          <w:b/>
          <w:bCs/>
          <w:szCs w:val="24"/>
        </w:rPr>
        <w:t>【</w:t>
      </w:r>
      <w:proofErr w:type="spellStart"/>
      <w:r w:rsidRPr="00B62328">
        <w:rPr>
          <w:rFonts w:ascii="Times New Roman" w:eastAsia="標楷體" w:hAnsi="Times New Roman" w:cs="Times New Roman"/>
          <w:b/>
          <w:bCs/>
          <w:szCs w:val="24"/>
        </w:rPr>
        <w:t>報名注意事項</w:t>
      </w:r>
      <w:proofErr w:type="spellEnd"/>
      <w:r w:rsidRPr="00B62328">
        <w:rPr>
          <w:rFonts w:ascii="Times New Roman" w:eastAsia="標楷體" w:hAnsi="Times New Roman" w:cs="Times New Roman"/>
          <w:b/>
          <w:bCs/>
          <w:szCs w:val="24"/>
        </w:rPr>
        <w:t>】</w:t>
      </w:r>
    </w:p>
    <w:p w14:paraId="3ED22ACA" w14:textId="5F5BEA80" w:rsidR="001A2FEB" w:rsidRPr="002C3EA1" w:rsidRDefault="001A2FEB" w:rsidP="00BB52D8">
      <w:pPr>
        <w:pStyle w:val="ae"/>
        <w:numPr>
          <w:ilvl w:val="0"/>
          <w:numId w:val="13"/>
        </w:numPr>
        <w:adjustRightInd w:val="0"/>
        <w:snapToGrid w:val="0"/>
        <w:spacing w:after="0" w:line="240" w:lineRule="auto"/>
        <w:contextualSpacing w:val="0"/>
        <w:rPr>
          <w:rFonts w:ascii="Times New Roman" w:eastAsia="標楷體" w:hAnsi="Times New Roman" w:cs="Times New Roman"/>
          <w:szCs w:val="24"/>
          <w:lang w:eastAsia="zh-TW"/>
        </w:rPr>
      </w:pPr>
      <w:r w:rsidRPr="002C3EA1">
        <w:rPr>
          <w:rFonts w:ascii="Times New Roman" w:eastAsia="標楷體" w:hAnsi="Times New Roman" w:cs="Times New Roman"/>
          <w:szCs w:val="24"/>
          <w:lang w:eastAsia="zh-TW"/>
        </w:rPr>
        <w:t>每隊報名人數</w:t>
      </w:r>
      <w:r w:rsidRPr="002C3EA1">
        <w:rPr>
          <w:rFonts w:ascii="Times New Roman" w:eastAsia="標楷體" w:hAnsi="Times New Roman" w:cs="Times New Roman"/>
          <w:b/>
          <w:bCs/>
          <w:szCs w:val="24"/>
          <w:lang w:eastAsia="zh-TW"/>
        </w:rPr>
        <w:t>5</w:t>
      </w:r>
      <w:r w:rsidR="007C78F8" w:rsidRPr="002C3EA1">
        <w:rPr>
          <w:rFonts w:ascii="Times New Roman" w:eastAsia="標楷體" w:hAnsi="Times New Roman" w:cs="Times New Roman"/>
          <w:b/>
          <w:bCs/>
          <w:szCs w:val="24"/>
          <w:lang w:eastAsia="zh-TW"/>
        </w:rPr>
        <w:t>至</w:t>
      </w:r>
      <w:r w:rsidR="001E2AB9" w:rsidRPr="002C3EA1">
        <w:rPr>
          <w:rFonts w:ascii="Times New Roman" w:eastAsia="標楷體" w:hAnsi="Times New Roman" w:cs="Times New Roman" w:hint="eastAsia"/>
          <w:b/>
          <w:bCs/>
          <w:szCs w:val="24"/>
          <w:lang w:eastAsia="zh-TW"/>
        </w:rPr>
        <w:t>15</w:t>
      </w:r>
      <w:r w:rsidRPr="002C3EA1">
        <w:rPr>
          <w:rFonts w:ascii="Times New Roman" w:eastAsia="標楷體" w:hAnsi="Times New Roman" w:cs="Times New Roman"/>
          <w:b/>
          <w:bCs/>
          <w:szCs w:val="24"/>
          <w:lang w:eastAsia="zh-TW"/>
        </w:rPr>
        <w:t>人</w:t>
      </w:r>
      <w:r w:rsidRPr="002C3EA1">
        <w:rPr>
          <w:rFonts w:ascii="Times New Roman" w:eastAsia="標楷體" w:hAnsi="Times New Roman" w:cs="Times New Roman"/>
          <w:szCs w:val="24"/>
          <w:lang w:eastAsia="zh-TW"/>
        </w:rPr>
        <w:t xml:space="preserve"> (</w:t>
      </w:r>
      <w:r w:rsidR="002C3EA1">
        <w:rPr>
          <w:rFonts w:ascii="Times New Roman" w:eastAsia="標楷體" w:hAnsi="Times New Roman" w:cs="Times New Roman" w:hint="eastAsia"/>
          <w:szCs w:val="24"/>
          <w:lang w:eastAsia="zh-TW"/>
        </w:rPr>
        <w:t>可</w:t>
      </w:r>
      <w:r w:rsidR="002C3EA1" w:rsidRPr="002C3EA1">
        <w:rPr>
          <w:rFonts w:ascii="Times New Roman" w:eastAsia="標楷體" w:hAnsi="Times New Roman" w:cs="Times New Roman"/>
          <w:szCs w:val="24"/>
          <w:lang w:eastAsia="zh-TW"/>
        </w:rPr>
        <w:t>分隊</w:t>
      </w:r>
      <w:r w:rsidRPr="002C3EA1">
        <w:rPr>
          <w:rFonts w:ascii="Times New Roman" w:eastAsia="標楷體" w:hAnsi="Times New Roman" w:cs="Times New Roman"/>
          <w:szCs w:val="24"/>
          <w:lang w:eastAsia="zh-TW"/>
        </w:rPr>
        <w:t>如</w:t>
      </w:r>
      <w:r w:rsidR="00764A80" w:rsidRPr="002C3EA1">
        <w:rPr>
          <w:rFonts w:ascii="Times New Roman" w:eastAsia="標楷體" w:hAnsi="Times New Roman" w:cs="Times New Roman"/>
          <w:szCs w:val="24"/>
          <w:lang w:eastAsia="zh-TW"/>
        </w:rPr>
        <w:t>：</w:t>
      </w:r>
      <w:r w:rsidRPr="002C3EA1">
        <w:rPr>
          <w:rFonts w:ascii="Times New Roman" w:eastAsia="標楷體" w:hAnsi="Times New Roman" w:cs="Times New Roman"/>
          <w:szCs w:val="24"/>
          <w:lang w:eastAsia="zh-TW"/>
        </w:rPr>
        <w:t>A</w:t>
      </w:r>
      <w:r w:rsidRPr="002C3EA1">
        <w:rPr>
          <w:rFonts w:ascii="Times New Roman" w:eastAsia="標楷體" w:hAnsi="Times New Roman" w:cs="Times New Roman"/>
          <w:szCs w:val="24"/>
          <w:lang w:eastAsia="zh-TW"/>
        </w:rPr>
        <w:t>隊</w:t>
      </w:r>
      <w:r w:rsidR="007C78F8" w:rsidRPr="002C3EA1">
        <w:rPr>
          <w:rFonts w:ascii="Times New Roman" w:eastAsia="標楷體" w:hAnsi="Times New Roman" w:cs="Times New Roman"/>
          <w:szCs w:val="24"/>
          <w:lang w:eastAsia="zh-TW"/>
        </w:rPr>
        <w:t>、</w:t>
      </w:r>
      <w:r w:rsidR="007C78F8" w:rsidRPr="002C3EA1">
        <w:rPr>
          <w:rFonts w:ascii="Times New Roman" w:eastAsia="標楷體" w:hAnsi="Times New Roman" w:cs="Times New Roman"/>
          <w:szCs w:val="24"/>
          <w:lang w:eastAsia="zh-TW"/>
        </w:rPr>
        <w:t>B</w:t>
      </w:r>
      <w:r w:rsidR="007C78F8" w:rsidRPr="002C3EA1">
        <w:rPr>
          <w:rFonts w:ascii="Times New Roman" w:eastAsia="標楷體" w:hAnsi="Times New Roman" w:cs="Times New Roman"/>
          <w:szCs w:val="24"/>
          <w:lang w:eastAsia="zh-TW"/>
        </w:rPr>
        <w:t>隊</w:t>
      </w:r>
      <w:r w:rsidRPr="002C3EA1">
        <w:rPr>
          <w:rFonts w:ascii="Times New Roman" w:eastAsia="標楷體" w:hAnsi="Times New Roman" w:cs="Times New Roman"/>
          <w:szCs w:val="24"/>
          <w:lang w:eastAsia="zh-TW"/>
        </w:rPr>
        <w:t>)</w:t>
      </w:r>
      <w:r w:rsidRPr="002C3EA1">
        <w:rPr>
          <w:rFonts w:ascii="Times New Roman" w:eastAsia="標楷體" w:hAnsi="Times New Roman" w:cs="Times New Roman"/>
          <w:szCs w:val="24"/>
          <w:lang w:eastAsia="zh-TW"/>
        </w:rPr>
        <w:t>。</w:t>
      </w:r>
      <w:r w:rsidR="002C3EA1" w:rsidRPr="002C3EA1">
        <w:rPr>
          <w:rFonts w:ascii="Times New Roman" w:eastAsia="標楷體" w:hAnsi="Times New Roman" w:cs="Times New Roman"/>
          <w:bCs/>
          <w:szCs w:val="24"/>
          <w:lang w:eastAsia="zh-TW"/>
        </w:rPr>
        <w:t>填妥報名表後，請</w:t>
      </w:r>
      <w:r w:rsidR="002C3EA1" w:rsidRPr="002C3EA1">
        <w:rPr>
          <w:rFonts w:ascii="Times New Roman" w:eastAsia="標楷體" w:hAnsi="Times New Roman" w:cs="Times New Roman"/>
          <w:bCs/>
          <w:szCs w:val="24"/>
          <w:lang w:eastAsia="zh-TW"/>
        </w:rPr>
        <w:t>E-mail</w:t>
      </w:r>
      <w:r w:rsidR="002C3EA1" w:rsidRPr="002C3EA1">
        <w:rPr>
          <w:rFonts w:ascii="Times New Roman" w:eastAsia="標楷體" w:hAnsi="Times New Roman" w:cs="Times New Roman"/>
          <w:bCs/>
          <w:szCs w:val="24"/>
          <w:lang w:eastAsia="zh-TW"/>
        </w:rPr>
        <w:t>回傳。</w:t>
      </w:r>
    </w:p>
    <w:p w14:paraId="14ED0CB1" w14:textId="2589EE12" w:rsidR="002C3EA1" w:rsidRPr="00700AED" w:rsidRDefault="001A2FEB" w:rsidP="002C3EA1">
      <w:pPr>
        <w:numPr>
          <w:ilvl w:val="0"/>
          <w:numId w:val="13"/>
        </w:numPr>
        <w:adjustRightInd w:val="0"/>
        <w:snapToGrid w:val="0"/>
        <w:spacing w:after="0" w:line="240" w:lineRule="auto"/>
        <w:ind w:left="714" w:hanging="357"/>
        <w:rPr>
          <w:rFonts w:ascii="Times New Roman" w:eastAsia="標楷體" w:hAnsi="Times New Roman" w:cs="Times New Roman"/>
          <w:szCs w:val="24"/>
          <w:lang w:eastAsia="zh-TW"/>
        </w:rPr>
      </w:pPr>
      <w:r w:rsidRPr="00700AED">
        <w:rPr>
          <w:rFonts w:ascii="Times New Roman" w:eastAsia="標楷體" w:hAnsi="Times New Roman" w:cs="Times New Roman"/>
          <w:szCs w:val="24"/>
          <w:lang w:eastAsia="zh-TW"/>
        </w:rPr>
        <w:t>本活動免費參加，</w:t>
      </w:r>
      <w:proofErr w:type="gramStart"/>
      <w:r w:rsidRPr="00700AED">
        <w:rPr>
          <w:rFonts w:ascii="Times New Roman" w:eastAsia="標楷體" w:hAnsi="Times New Roman" w:cs="Times New Roman"/>
          <w:szCs w:val="24"/>
          <w:lang w:eastAsia="zh-TW"/>
        </w:rPr>
        <w:t>採</w:t>
      </w:r>
      <w:proofErr w:type="gramEnd"/>
      <w:r w:rsidRPr="00700AED">
        <w:rPr>
          <w:rFonts w:ascii="Times New Roman" w:eastAsia="標楷體" w:hAnsi="Times New Roman" w:cs="Times New Roman"/>
          <w:b/>
          <w:bCs/>
          <w:szCs w:val="24"/>
          <w:lang w:eastAsia="zh-TW"/>
        </w:rPr>
        <w:t>事前</w:t>
      </w:r>
      <w:r w:rsidRPr="00700AED">
        <w:rPr>
          <w:rFonts w:ascii="Times New Roman" w:eastAsia="標楷體" w:hAnsi="Times New Roman" w:cs="Times New Roman"/>
          <w:szCs w:val="24"/>
          <w:lang w:eastAsia="zh-TW"/>
        </w:rPr>
        <w:t>報名制，限額</w:t>
      </w:r>
      <w:r w:rsidRPr="00700AED">
        <w:rPr>
          <w:rFonts w:ascii="Times New Roman" w:eastAsia="標楷體" w:hAnsi="Times New Roman" w:cs="Times New Roman"/>
          <w:b/>
          <w:bCs/>
          <w:szCs w:val="24"/>
          <w:lang w:eastAsia="zh-TW"/>
        </w:rPr>
        <w:t>400</w:t>
      </w:r>
      <w:r w:rsidRPr="00700AED">
        <w:rPr>
          <w:rFonts w:ascii="Times New Roman" w:eastAsia="標楷體" w:hAnsi="Times New Roman" w:cs="Times New Roman"/>
          <w:b/>
          <w:bCs/>
          <w:szCs w:val="24"/>
          <w:lang w:eastAsia="zh-TW"/>
        </w:rPr>
        <w:t>名</w:t>
      </w:r>
      <w:r w:rsidRPr="00700AED">
        <w:rPr>
          <w:rFonts w:ascii="Times New Roman" w:eastAsia="標楷體" w:hAnsi="Times New Roman" w:cs="Times New Roman"/>
          <w:szCs w:val="24"/>
          <w:lang w:eastAsia="zh-TW"/>
        </w:rPr>
        <w:t>，額滿或至</w:t>
      </w:r>
      <w:r w:rsidRPr="00700AED">
        <w:rPr>
          <w:rFonts w:ascii="Times New Roman" w:eastAsia="標楷體" w:hAnsi="Times New Roman" w:cs="Times New Roman"/>
          <w:b/>
          <w:bCs/>
          <w:szCs w:val="24"/>
          <w:lang w:eastAsia="zh-TW"/>
        </w:rPr>
        <w:t>115</w:t>
      </w:r>
      <w:r w:rsidRPr="00700AED">
        <w:rPr>
          <w:rFonts w:ascii="Times New Roman" w:eastAsia="標楷體" w:hAnsi="Times New Roman" w:cs="Times New Roman"/>
          <w:b/>
          <w:bCs/>
          <w:szCs w:val="24"/>
          <w:lang w:eastAsia="zh-TW"/>
        </w:rPr>
        <w:t>年</w:t>
      </w:r>
      <w:r w:rsidRPr="00700AED">
        <w:rPr>
          <w:rFonts w:ascii="Times New Roman" w:eastAsia="標楷體" w:hAnsi="Times New Roman" w:cs="Times New Roman"/>
          <w:b/>
          <w:bCs/>
          <w:szCs w:val="24"/>
          <w:lang w:eastAsia="zh-TW"/>
        </w:rPr>
        <w:t>9</w:t>
      </w:r>
      <w:r w:rsidRPr="00700AED">
        <w:rPr>
          <w:rFonts w:ascii="Times New Roman" w:eastAsia="標楷體" w:hAnsi="Times New Roman" w:cs="Times New Roman"/>
          <w:b/>
          <w:bCs/>
          <w:szCs w:val="24"/>
          <w:lang w:eastAsia="zh-TW"/>
        </w:rPr>
        <w:t>月</w:t>
      </w:r>
      <w:r w:rsidRPr="00700AED">
        <w:rPr>
          <w:rFonts w:ascii="Times New Roman" w:eastAsia="標楷體" w:hAnsi="Times New Roman" w:cs="Times New Roman"/>
          <w:b/>
          <w:bCs/>
          <w:szCs w:val="24"/>
          <w:lang w:eastAsia="zh-TW"/>
        </w:rPr>
        <w:t>30</w:t>
      </w:r>
      <w:r w:rsidRPr="00700AED">
        <w:rPr>
          <w:rFonts w:ascii="Times New Roman" w:eastAsia="標楷體" w:hAnsi="Times New Roman" w:cs="Times New Roman"/>
          <w:b/>
          <w:bCs/>
          <w:szCs w:val="24"/>
          <w:lang w:eastAsia="zh-TW"/>
        </w:rPr>
        <w:t>日止</w:t>
      </w:r>
      <w:r w:rsidRPr="00700AED">
        <w:rPr>
          <w:rFonts w:ascii="Times New Roman" w:eastAsia="標楷體" w:hAnsi="Times New Roman" w:cs="Times New Roman"/>
          <w:szCs w:val="24"/>
          <w:lang w:eastAsia="zh-TW"/>
        </w:rPr>
        <w:t>，</w:t>
      </w:r>
      <w:r w:rsidRPr="00700AED">
        <w:rPr>
          <w:rFonts w:ascii="Times New Roman" w:eastAsia="標楷體" w:hAnsi="Times New Roman" w:cs="Times New Roman"/>
          <w:b/>
          <w:bCs/>
          <w:szCs w:val="24"/>
          <w:lang w:eastAsia="zh-TW"/>
        </w:rPr>
        <w:t>不接受現場報名</w:t>
      </w:r>
      <w:r w:rsidRPr="00700AED">
        <w:rPr>
          <w:rFonts w:ascii="Times New Roman" w:eastAsia="標楷體" w:hAnsi="Times New Roman" w:cs="Times New Roman"/>
          <w:szCs w:val="24"/>
          <w:lang w:eastAsia="zh-TW"/>
        </w:rPr>
        <w:t>。</w:t>
      </w:r>
    </w:p>
    <w:tbl>
      <w:tblPr>
        <w:tblStyle w:val="aff2"/>
        <w:tblW w:w="0" w:type="auto"/>
        <w:tblLook w:val="04A0" w:firstRow="1" w:lastRow="0" w:firstColumn="1" w:lastColumn="0" w:noHBand="0" w:noVBand="1"/>
      </w:tblPr>
      <w:tblGrid>
        <w:gridCol w:w="1119"/>
        <w:gridCol w:w="3554"/>
        <w:gridCol w:w="2693"/>
        <w:gridCol w:w="2318"/>
      </w:tblGrid>
      <w:tr w:rsidR="00C771A8" w:rsidRPr="005A26BA" w14:paraId="423E7233" w14:textId="77777777" w:rsidTr="00A64425">
        <w:trPr>
          <w:trHeight w:val="526"/>
          <w:tblHeader/>
        </w:trPr>
        <w:tc>
          <w:tcPr>
            <w:tcW w:w="1119" w:type="dxa"/>
            <w:shd w:val="clear" w:color="auto" w:fill="D9D9D9" w:themeFill="background1" w:themeFillShade="D9"/>
            <w:vAlign w:val="center"/>
          </w:tcPr>
          <w:p w14:paraId="650CA8CE" w14:textId="77777777" w:rsidR="00C771A8" w:rsidRPr="00A64425" w:rsidRDefault="00C771A8" w:rsidP="002B10D9">
            <w:pPr>
              <w:adjustRightInd w:val="0"/>
              <w:snapToGrid w:val="0"/>
              <w:jc w:val="center"/>
              <w:rPr>
                <w:rFonts w:ascii="Times New Roman" w:eastAsia="標楷體" w:hAnsi="Times New Roman" w:cs="Times New Roman"/>
                <w:b/>
                <w:bCs/>
                <w:sz w:val="36"/>
                <w:szCs w:val="36"/>
              </w:rPr>
            </w:pPr>
            <w:proofErr w:type="spellStart"/>
            <w:r w:rsidRPr="00A64425">
              <w:rPr>
                <w:rFonts w:ascii="Times New Roman" w:eastAsia="標楷體" w:hAnsi="Times New Roman" w:cs="Times New Roman"/>
                <w:b/>
                <w:bCs/>
                <w:sz w:val="36"/>
                <w:szCs w:val="36"/>
              </w:rPr>
              <w:t>編號</w:t>
            </w:r>
            <w:proofErr w:type="spellEnd"/>
          </w:p>
        </w:tc>
        <w:tc>
          <w:tcPr>
            <w:tcW w:w="3554" w:type="dxa"/>
            <w:shd w:val="clear" w:color="auto" w:fill="D9D9D9" w:themeFill="background1" w:themeFillShade="D9"/>
            <w:vAlign w:val="center"/>
          </w:tcPr>
          <w:p w14:paraId="31B4E41E" w14:textId="77777777" w:rsidR="00C771A8" w:rsidRPr="00A64425" w:rsidRDefault="00C771A8" w:rsidP="002B10D9">
            <w:pPr>
              <w:adjustRightInd w:val="0"/>
              <w:snapToGrid w:val="0"/>
              <w:jc w:val="center"/>
              <w:rPr>
                <w:rFonts w:ascii="Times New Roman" w:eastAsia="標楷體" w:hAnsi="Times New Roman" w:cs="Times New Roman"/>
                <w:b/>
                <w:bCs/>
                <w:sz w:val="36"/>
                <w:szCs w:val="36"/>
              </w:rPr>
            </w:pPr>
            <w:proofErr w:type="spellStart"/>
            <w:r w:rsidRPr="00A64425">
              <w:rPr>
                <w:rFonts w:ascii="Times New Roman" w:eastAsia="標楷體" w:hAnsi="Times New Roman" w:cs="Times New Roman"/>
                <w:b/>
                <w:bCs/>
                <w:sz w:val="36"/>
                <w:szCs w:val="36"/>
              </w:rPr>
              <w:t>姓名</w:t>
            </w:r>
            <w:proofErr w:type="spellEnd"/>
          </w:p>
        </w:tc>
        <w:tc>
          <w:tcPr>
            <w:tcW w:w="2693" w:type="dxa"/>
            <w:shd w:val="clear" w:color="auto" w:fill="D9D9D9" w:themeFill="background1" w:themeFillShade="D9"/>
            <w:vAlign w:val="center"/>
          </w:tcPr>
          <w:p w14:paraId="03A0215A" w14:textId="77777777" w:rsidR="00C771A8" w:rsidRPr="00A64425" w:rsidRDefault="00C771A8" w:rsidP="002B10D9">
            <w:pPr>
              <w:adjustRightInd w:val="0"/>
              <w:snapToGrid w:val="0"/>
              <w:jc w:val="center"/>
              <w:rPr>
                <w:rFonts w:ascii="Times New Roman" w:eastAsia="標楷體" w:hAnsi="Times New Roman" w:cs="Times New Roman"/>
                <w:b/>
                <w:bCs/>
                <w:sz w:val="36"/>
                <w:szCs w:val="36"/>
                <w:lang w:eastAsia="zh-TW"/>
              </w:rPr>
            </w:pPr>
            <w:proofErr w:type="spellStart"/>
            <w:r w:rsidRPr="00A64425">
              <w:rPr>
                <w:rFonts w:ascii="Times New Roman" w:eastAsia="標楷體" w:hAnsi="Times New Roman" w:cs="Times New Roman"/>
                <w:b/>
                <w:bCs/>
                <w:sz w:val="36"/>
                <w:szCs w:val="36"/>
              </w:rPr>
              <w:t>性別</w:t>
            </w:r>
            <w:proofErr w:type="spellEnd"/>
          </w:p>
        </w:tc>
        <w:tc>
          <w:tcPr>
            <w:tcW w:w="2318" w:type="dxa"/>
            <w:shd w:val="clear" w:color="auto" w:fill="D9D9D9" w:themeFill="background1" w:themeFillShade="D9"/>
            <w:vAlign w:val="center"/>
          </w:tcPr>
          <w:p w14:paraId="46B8FFE9" w14:textId="35A1FF42" w:rsidR="00C771A8" w:rsidRPr="00A64425" w:rsidRDefault="00C771A8" w:rsidP="002B10D9">
            <w:pPr>
              <w:adjustRightInd w:val="0"/>
              <w:snapToGrid w:val="0"/>
              <w:jc w:val="center"/>
              <w:rPr>
                <w:rFonts w:ascii="Times New Roman" w:eastAsia="標楷體" w:hAnsi="Times New Roman" w:cs="Times New Roman"/>
                <w:b/>
                <w:bCs/>
                <w:sz w:val="36"/>
                <w:szCs w:val="36"/>
                <w:lang w:eastAsia="zh-TW"/>
              </w:rPr>
            </w:pPr>
            <w:r w:rsidRPr="00A64425">
              <w:rPr>
                <w:rFonts w:ascii="Times New Roman" w:eastAsia="標楷體" w:hAnsi="Times New Roman" w:cs="Times New Roman"/>
                <w:b/>
                <w:bCs/>
                <w:sz w:val="36"/>
                <w:szCs w:val="36"/>
                <w:lang w:eastAsia="zh-TW"/>
              </w:rPr>
              <w:t>備註</w:t>
            </w:r>
            <w:r w:rsidR="00F22888" w:rsidRPr="00F22888">
              <w:rPr>
                <w:rFonts w:ascii="Times New Roman" w:eastAsia="標楷體" w:hAnsi="Times New Roman" w:cs="Times New Roman" w:hint="eastAsia"/>
                <w:b/>
                <w:bCs/>
                <w:sz w:val="20"/>
                <w:szCs w:val="20"/>
                <w:lang w:eastAsia="zh-TW"/>
              </w:rPr>
              <w:t>(</w:t>
            </w:r>
            <w:r w:rsidR="00F22888" w:rsidRPr="00F22888">
              <w:rPr>
                <w:rFonts w:ascii="Times New Roman" w:eastAsia="標楷體" w:hAnsi="Times New Roman" w:cs="Times New Roman" w:hint="eastAsia"/>
                <w:b/>
                <w:bCs/>
                <w:sz w:val="20"/>
                <w:szCs w:val="20"/>
                <w:lang w:eastAsia="zh-TW"/>
              </w:rPr>
              <w:t>例</w:t>
            </w:r>
            <w:r w:rsidR="00F22888" w:rsidRPr="00F22888">
              <w:rPr>
                <w:rFonts w:ascii="Times New Roman" w:eastAsia="標楷體" w:hAnsi="Times New Roman" w:cs="Times New Roman"/>
                <w:b/>
                <w:bCs/>
                <w:kern w:val="2"/>
                <w:sz w:val="20"/>
                <w:szCs w:val="20"/>
                <w:lang w:eastAsia="zh-TW"/>
                <w14:ligatures w14:val="standardContextual"/>
              </w:rPr>
              <w:t>:</w:t>
            </w:r>
            <w:r w:rsidR="00F22888" w:rsidRPr="00F22888">
              <w:rPr>
                <w:rFonts w:ascii="Times New Roman" w:eastAsia="標楷體" w:hAnsi="Times New Roman" w:cs="Times New Roman"/>
                <w:b/>
                <w:bCs/>
                <w:kern w:val="2"/>
                <w:sz w:val="20"/>
                <w:szCs w:val="20"/>
                <w:lang w:eastAsia="zh-TW"/>
                <w14:ligatures w14:val="standardContextual"/>
              </w:rPr>
              <w:t>領隊</w:t>
            </w:r>
            <w:r w:rsidR="00F22888" w:rsidRPr="00F22888">
              <w:rPr>
                <w:rFonts w:ascii="Times New Roman" w:eastAsia="標楷體" w:hAnsi="Times New Roman" w:cs="Times New Roman" w:hint="eastAsia"/>
                <w:b/>
                <w:bCs/>
                <w:kern w:val="2"/>
                <w:sz w:val="20"/>
                <w:szCs w:val="20"/>
                <w:lang w:eastAsia="zh-TW"/>
                <w14:ligatures w14:val="standardContextual"/>
              </w:rPr>
              <w:t>)</w:t>
            </w:r>
          </w:p>
        </w:tc>
      </w:tr>
      <w:tr w:rsidR="00C771A8" w:rsidRPr="005A26BA" w14:paraId="12BF8696" w14:textId="77777777" w:rsidTr="00A64425">
        <w:trPr>
          <w:trHeight w:val="526"/>
        </w:trPr>
        <w:tc>
          <w:tcPr>
            <w:tcW w:w="1119" w:type="dxa"/>
            <w:shd w:val="clear" w:color="auto" w:fill="F5F5F5"/>
            <w:vAlign w:val="center"/>
          </w:tcPr>
          <w:p w14:paraId="70AFDF39" w14:textId="77777777" w:rsidR="00C771A8" w:rsidRPr="00A64425" w:rsidRDefault="00C771A8" w:rsidP="002B10D9">
            <w:pPr>
              <w:adjustRightInd w:val="0"/>
              <w:snapToGrid w:val="0"/>
              <w:jc w:val="center"/>
              <w:rPr>
                <w:rFonts w:ascii="Times New Roman" w:eastAsia="標楷體" w:hAnsi="Times New Roman" w:cs="Times New Roman"/>
                <w:sz w:val="36"/>
                <w:szCs w:val="36"/>
                <w:lang w:eastAsia="zh-TW"/>
              </w:rPr>
            </w:pPr>
            <w:r w:rsidRPr="00A64425">
              <w:rPr>
                <w:rFonts w:ascii="Times New Roman" w:eastAsia="標楷體" w:hAnsi="Times New Roman" w:cs="Times New Roman"/>
                <w:sz w:val="36"/>
                <w:szCs w:val="36"/>
              </w:rPr>
              <w:t>1</w:t>
            </w:r>
          </w:p>
        </w:tc>
        <w:tc>
          <w:tcPr>
            <w:tcW w:w="3554" w:type="dxa"/>
            <w:shd w:val="clear" w:color="auto" w:fill="F5F5F5"/>
            <w:vAlign w:val="center"/>
          </w:tcPr>
          <w:p w14:paraId="26137F9A"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shd w:val="clear" w:color="auto" w:fill="F5F5F5"/>
            <w:vAlign w:val="center"/>
          </w:tcPr>
          <w:p w14:paraId="5512EE04"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shd w:val="clear" w:color="auto" w:fill="F5F5F5"/>
            <w:vAlign w:val="center"/>
          </w:tcPr>
          <w:p w14:paraId="2C033972" w14:textId="4470E2F5" w:rsidR="00C771A8" w:rsidRPr="005A26BA" w:rsidRDefault="00C771A8" w:rsidP="002B10D9">
            <w:pPr>
              <w:adjustRightInd w:val="0"/>
              <w:snapToGrid w:val="0"/>
              <w:jc w:val="both"/>
              <w:rPr>
                <w:rFonts w:ascii="Times New Roman" w:eastAsia="標楷體" w:hAnsi="Times New Roman" w:cs="Times New Roman"/>
                <w:b/>
                <w:bCs/>
                <w:kern w:val="2"/>
                <w:szCs w:val="24"/>
                <w:lang w:eastAsia="zh-TW"/>
                <w14:ligatures w14:val="standardContextual"/>
              </w:rPr>
            </w:pPr>
          </w:p>
        </w:tc>
      </w:tr>
      <w:tr w:rsidR="00C771A8" w:rsidRPr="005A26BA" w14:paraId="74993830" w14:textId="77777777" w:rsidTr="00A64425">
        <w:trPr>
          <w:trHeight w:val="526"/>
        </w:trPr>
        <w:tc>
          <w:tcPr>
            <w:tcW w:w="1119" w:type="dxa"/>
            <w:vAlign w:val="center"/>
          </w:tcPr>
          <w:p w14:paraId="589AD67F"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2</w:t>
            </w:r>
          </w:p>
        </w:tc>
        <w:tc>
          <w:tcPr>
            <w:tcW w:w="3554" w:type="dxa"/>
            <w:vAlign w:val="center"/>
          </w:tcPr>
          <w:p w14:paraId="4723B435"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3FC52893"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73AAA56D"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0E51CA20" w14:textId="77777777" w:rsidTr="00A64425">
        <w:trPr>
          <w:trHeight w:val="526"/>
        </w:trPr>
        <w:tc>
          <w:tcPr>
            <w:tcW w:w="1119" w:type="dxa"/>
            <w:vAlign w:val="center"/>
          </w:tcPr>
          <w:p w14:paraId="350D715D"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3</w:t>
            </w:r>
          </w:p>
        </w:tc>
        <w:tc>
          <w:tcPr>
            <w:tcW w:w="3554" w:type="dxa"/>
            <w:vAlign w:val="center"/>
          </w:tcPr>
          <w:p w14:paraId="5FC2D43A"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50548DEF"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02A4FB85"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72D760D8" w14:textId="77777777" w:rsidTr="00A64425">
        <w:trPr>
          <w:trHeight w:val="526"/>
        </w:trPr>
        <w:tc>
          <w:tcPr>
            <w:tcW w:w="1119" w:type="dxa"/>
            <w:vAlign w:val="center"/>
          </w:tcPr>
          <w:p w14:paraId="72C3F8ED"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4</w:t>
            </w:r>
          </w:p>
        </w:tc>
        <w:tc>
          <w:tcPr>
            <w:tcW w:w="3554" w:type="dxa"/>
            <w:vAlign w:val="center"/>
          </w:tcPr>
          <w:p w14:paraId="6331A1FE"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02207DE5"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74E43BCF"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265C4A02" w14:textId="77777777" w:rsidTr="00A64425">
        <w:trPr>
          <w:trHeight w:val="526"/>
        </w:trPr>
        <w:tc>
          <w:tcPr>
            <w:tcW w:w="1119" w:type="dxa"/>
            <w:vAlign w:val="center"/>
          </w:tcPr>
          <w:p w14:paraId="4BAB26FE"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5</w:t>
            </w:r>
          </w:p>
        </w:tc>
        <w:tc>
          <w:tcPr>
            <w:tcW w:w="3554" w:type="dxa"/>
            <w:vAlign w:val="center"/>
          </w:tcPr>
          <w:p w14:paraId="0003C71A"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2BF9E858"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1C4BE351"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2EDDBA5B" w14:textId="77777777" w:rsidTr="00A64425">
        <w:trPr>
          <w:trHeight w:val="526"/>
        </w:trPr>
        <w:tc>
          <w:tcPr>
            <w:tcW w:w="1119" w:type="dxa"/>
            <w:vAlign w:val="center"/>
          </w:tcPr>
          <w:p w14:paraId="3D8FEF51"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6</w:t>
            </w:r>
          </w:p>
        </w:tc>
        <w:tc>
          <w:tcPr>
            <w:tcW w:w="3554" w:type="dxa"/>
            <w:vAlign w:val="center"/>
          </w:tcPr>
          <w:p w14:paraId="55DCBFEE"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10BBEE92"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76EE4BC5"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4FDA1820" w14:textId="77777777" w:rsidTr="00A64425">
        <w:trPr>
          <w:trHeight w:val="526"/>
        </w:trPr>
        <w:tc>
          <w:tcPr>
            <w:tcW w:w="1119" w:type="dxa"/>
            <w:vAlign w:val="center"/>
          </w:tcPr>
          <w:p w14:paraId="0B42FD38"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7</w:t>
            </w:r>
          </w:p>
        </w:tc>
        <w:tc>
          <w:tcPr>
            <w:tcW w:w="3554" w:type="dxa"/>
            <w:vAlign w:val="center"/>
          </w:tcPr>
          <w:p w14:paraId="23F8FDC0"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222B6F44"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516FFA17"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6DBD3284" w14:textId="77777777" w:rsidTr="00A64425">
        <w:trPr>
          <w:trHeight w:val="526"/>
        </w:trPr>
        <w:tc>
          <w:tcPr>
            <w:tcW w:w="1119" w:type="dxa"/>
            <w:vAlign w:val="center"/>
          </w:tcPr>
          <w:p w14:paraId="7CDC604F"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8</w:t>
            </w:r>
          </w:p>
        </w:tc>
        <w:tc>
          <w:tcPr>
            <w:tcW w:w="3554" w:type="dxa"/>
            <w:vAlign w:val="center"/>
          </w:tcPr>
          <w:p w14:paraId="2D67AAFD"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7D178226"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47178E5C"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2CFDCC1F" w14:textId="77777777" w:rsidTr="00A64425">
        <w:trPr>
          <w:trHeight w:val="526"/>
        </w:trPr>
        <w:tc>
          <w:tcPr>
            <w:tcW w:w="1119" w:type="dxa"/>
            <w:vAlign w:val="center"/>
          </w:tcPr>
          <w:p w14:paraId="0E47DCA8"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9</w:t>
            </w:r>
          </w:p>
        </w:tc>
        <w:tc>
          <w:tcPr>
            <w:tcW w:w="3554" w:type="dxa"/>
            <w:vAlign w:val="center"/>
          </w:tcPr>
          <w:p w14:paraId="75E8BF51"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7D007FA8"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5CE7358A"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10718B83" w14:textId="77777777" w:rsidTr="00A64425">
        <w:trPr>
          <w:trHeight w:val="526"/>
        </w:trPr>
        <w:tc>
          <w:tcPr>
            <w:tcW w:w="1119" w:type="dxa"/>
            <w:vAlign w:val="center"/>
          </w:tcPr>
          <w:p w14:paraId="1F8C84B3"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10</w:t>
            </w:r>
          </w:p>
        </w:tc>
        <w:tc>
          <w:tcPr>
            <w:tcW w:w="3554" w:type="dxa"/>
            <w:vAlign w:val="center"/>
          </w:tcPr>
          <w:p w14:paraId="6CCB8CC8"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57E4D8FA"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273752D5"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123BB0FE" w14:textId="77777777" w:rsidTr="00A64425">
        <w:trPr>
          <w:trHeight w:val="526"/>
        </w:trPr>
        <w:tc>
          <w:tcPr>
            <w:tcW w:w="1119" w:type="dxa"/>
            <w:vAlign w:val="center"/>
          </w:tcPr>
          <w:p w14:paraId="6F01DF6A"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11</w:t>
            </w:r>
          </w:p>
        </w:tc>
        <w:tc>
          <w:tcPr>
            <w:tcW w:w="3554" w:type="dxa"/>
            <w:vAlign w:val="center"/>
          </w:tcPr>
          <w:p w14:paraId="35E4DE41"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282F45B2"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0882852C"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35E38204" w14:textId="77777777" w:rsidTr="00A64425">
        <w:trPr>
          <w:trHeight w:val="526"/>
        </w:trPr>
        <w:tc>
          <w:tcPr>
            <w:tcW w:w="1119" w:type="dxa"/>
            <w:vAlign w:val="center"/>
          </w:tcPr>
          <w:p w14:paraId="1701C91B"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12</w:t>
            </w:r>
          </w:p>
        </w:tc>
        <w:tc>
          <w:tcPr>
            <w:tcW w:w="3554" w:type="dxa"/>
            <w:vAlign w:val="center"/>
          </w:tcPr>
          <w:p w14:paraId="3A8CD991"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48835176"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7048DA16"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68A26B69" w14:textId="77777777" w:rsidTr="00A64425">
        <w:trPr>
          <w:trHeight w:val="526"/>
        </w:trPr>
        <w:tc>
          <w:tcPr>
            <w:tcW w:w="1119" w:type="dxa"/>
            <w:vAlign w:val="center"/>
          </w:tcPr>
          <w:p w14:paraId="73FFAF63"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13</w:t>
            </w:r>
          </w:p>
        </w:tc>
        <w:tc>
          <w:tcPr>
            <w:tcW w:w="3554" w:type="dxa"/>
            <w:vAlign w:val="center"/>
          </w:tcPr>
          <w:p w14:paraId="32F8644C"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7E2C90D8"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4A1A28F7"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16614063" w14:textId="77777777" w:rsidTr="00A64425">
        <w:trPr>
          <w:trHeight w:val="526"/>
        </w:trPr>
        <w:tc>
          <w:tcPr>
            <w:tcW w:w="1119" w:type="dxa"/>
            <w:vAlign w:val="center"/>
          </w:tcPr>
          <w:p w14:paraId="39FF99A0"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14</w:t>
            </w:r>
          </w:p>
        </w:tc>
        <w:tc>
          <w:tcPr>
            <w:tcW w:w="3554" w:type="dxa"/>
            <w:vAlign w:val="center"/>
          </w:tcPr>
          <w:p w14:paraId="1DB559FB"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5149B744"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73621F8C" w14:textId="77777777" w:rsidR="00C771A8" w:rsidRPr="005A26BA" w:rsidRDefault="00C771A8" w:rsidP="002B10D9">
            <w:pPr>
              <w:adjustRightInd w:val="0"/>
              <w:snapToGrid w:val="0"/>
              <w:jc w:val="both"/>
              <w:rPr>
                <w:rFonts w:ascii="Times New Roman" w:eastAsia="標楷體" w:hAnsi="Times New Roman" w:cs="Times New Roman"/>
                <w:szCs w:val="24"/>
              </w:rPr>
            </w:pPr>
          </w:p>
        </w:tc>
      </w:tr>
      <w:tr w:rsidR="00C771A8" w:rsidRPr="005A26BA" w14:paraId="5720A5A4" w14:textId="77777777" w:rsidTr="00A64425">
        <w:trPr>
          <w:trHeight w:val="526"/>
        </w:trPr>
        <w:tc>
          <w:tcPr>
            <w:tcW w:w="1119" w:type="dxa"/>
            <w:vAlign w:val="center"/>
          </w:tcPr>
          <w:p w14:paraId="2BEFD9A0" w14:textId="77777777" w:rsidR="00C771A8" w:rsidRPr="00A64425" w:rsidRDefault="00C771A8" w:rsidP="002B10D9">
            <w:pPr>
              <w:adjustRightInd w:val="0"/>
              <w:snapToGrid w:val="0"/>
              <w:jc w:val="center"/>
              <w:rPr>
                <w:rFonts w:ascii="Times New Roman" w:eastAsia="標楷體" w:hAnsi="Times New Roman" w:cs="Times New Roman"/>
                <w:sz w:val="36"/>
                <w:szCs w:val="36"/>
              </w:rPr>
            </w:pPr>
            <w:r w:rsidRPr="00A64425">
              <w:rPr>
                <w:rFonts w:ascii="Times New Roman" w:eastAsia="標楷體" w:hAnsi="Times New Roman" w:cs="Times New Roman"/>
                <w:sz w:val="36"/>
                <w:szCs w:val="36"/>
              </w:rPr>
              <w:t>15</w:t>
            </w:r>
          </w:p>
        </w:tc>
        <w:tc>
          <w:tcPr>
            <w:tcW w:w="3554" w:type="dxa"/>
            <w:vAlign w:val="center"/>
          </w:tcPr>
          <w:p w14:paraId="2B7CA9CA" w14:textId="77777777" w:rsidR="00C771A8" w:rsidRPr="005A26BA" w:rsidRDefault="00C771A8" w:rsidP="002B10D9">
            <w:pPr>
              <w:adjustRightInd w:val="0"/>
              <w:snapToGrid w:val="0"/>
              <w:jc w:val="both"/>
              <w:rPr>
                <w:rFonts w:ascii="Times New Roman" w:eastAsia="標楷體" w:hAnsi="Times New Roman" w:cs="Times New Roman"/>
                <w:szCs w:val="24"/>
              </w:rPr>
            </w:pPr>
          </w:p>
        </w:tc>
        <w:tc>
          <w:tcPr>
            <w:tcW w:w="2693" w:type="dxa"/>
            <w:vAlign w:val="center"/>
          </w:tcPr>
          <w:p w14:paraId="688A7BFA" w14:textId="77777777" w:rsidR="00C771A8" w:rsidRPr="00A64425" w:rsidRDefault="00C771A8" w:rsidP="002B10D9">
            <w:pPr>
              <w:adjustRightInd w:val="0"/>
              <w:snapToGrid w:val="0"/>
              <w:jc w:val="center"/>
              <w:rPr>
                <w:rFonts w:ascii="標楷體" w:eastAsia="標楷體" w:hAnsi="標楷體" w:cs="Times New Roman"/>
                <w:sz w:val="36"/>
                <w:szCs w:val="36"/>
              </w:rPr>
            </w:pP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男  </w:t>
            </w:r>
            <w:r w:rsidRPr="00A64425">
              <w:rPr>
                <w:rFonts w:ascii="標楷體" w:eastAsia="標楷體" w:hAnsi="標楷體" w:cs="Times New Roman"/>
                <w:kern w:val="2"/>
                <w:sz w:val="36"/>
                <w:szCs w:val="36"/>
                <w:lang w:eastAsia="zh-TW"/>
                <w14:ligatures w14:val="standardContextual"/>
              </w:rPr>
              <w:t>□</w:t>
            </w:r>
            <w:r w:rsidRPr="00A64425">
              <w:rPr>
                <w:rFonts w:ascii="標楷體" w:eastAsia="標楷體" w:hAnsi="標楷體" w:cs="Times New Roman"/>
                <w:sz w:val="36"/>
                <w:szCs w:val="36"/>
                <w:lang w:eastAsia="zh-TW"/>
              </w:rPr>
              <w:t xml:space="preserve"> 女</w:t>
            </w:r>
          </w:p>
        </w:tc>
        <w:tc>
          <w:tcPr>
            <w:tcW w:w="2318" w:type="dxa"/>
            <w:vAlign w:val="center"/>
          </w:tcPr>
          <w:p w14:paraId="545EE268" w14:textId="77777777" w:rsidR="00C771A8" w:rsidRPr="005A26BA" w:rsidRDefault="00C771A8" w:rsidP="002B10D9">
            <w:pPr>
              <w:adjustRightInd w:val="0"/>
              <w:snapToGrid w:val="0"/>
              <w:jc w:val="both"/>
              <w:rPr>
                <w:rFonts w:ascii="Times New Roman" w:eastAsia="標楷體" w:hAnsi="Times New Roman" w:cs="Times New Roman"/>
                <w:szCs w:val="24"/>
              </w:rPr>
            </w:pPr>
          </w:p>
        </w:tc>
      </w:tr>
    </w:tbl>
    <w:p w14:paraId="1A7F7A11" w14:textId="77777777" w:rsidR="002C3EA1" w:rsidRPr="005A26BA" w:rsidRDefault="002C3EA1" w:rsidP="002C3EA1">
      <w:pPr>
        <w:adjustRightInd w:val="0"/>
        <w:snapToGrid w:val="0"/>
        <w:spacing w:after="0" w:line="240" w:lineRule="auto"/>
        <w:rPr>
          <w:rFonts w:ascii="Times New Roman" w:eastAsia="標楷體" w:hAnsi="Times New Roman" w:cs="Times New Roman"/>
          <w:b/>
          <w:bCs/>
          <w:szCs w:val="24"/>
          <w:lang w:eastAsia="zh-TW"/>
        </w:rPr>
      </w:pPr>
    </w:p>
    <w:sectPr w:rsidR="002C3EA1" w:rsidRPr="005A26BA" w:rsidSect="001613C3">
      <w:pgSz w:w="12240" w:h="15840"/>
      <w:pgMar w:top="1021" w:right="1134" w:bottom="1021" w:left="1134"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7693E" w14:textId="77777777" w:rsidR="00130592" w:rsidRDefault="00130592" w:rsidP="006C3456">
      <w:pPr>
        <w:spacing w:after="0" w:line="240" w:lineRule="auto"/>
      </w:pPr>
      <w:r>
        <w:separator/>
      </w:r>
    </w:p>
  </w:endnote>
  <w:endnote w:type="continuationSeparator" w:id="0">
    <w:p w14:paraId="6B1591FC" w14:textId="77777777" w:rsidR="00130592" w:rsidRDefault="00130592" w:rsidP="006C3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169640"/>
      <w:docPartObj>
        <w:docPartGallery w:val="Page Numbers (Bottom of Page)"/>
        <w:docPartUnique/>
      </w:docPartObj>
    </w:sdtPr>
    <w:sdtEndPr>
      <w:rPr>
        <w:rFonts w:ascii="Times New Roman" w:hAnsi="Times New Roman" w:cs="Times New Roman"/>
        <w:noProof/>
        <w:szCs w:val="24"/>
      </w:rPr>
    </w:sdtEndPr>
    <w:sdtContent>
      <w:p w14:paraId="2660B268" w14:textId="548A98E6" w:rsidR="00F70980" w:rsidRPr="001613C3" w:rsidRDefault="00F70980" w:rsidP="001613C3">
        <w:pPr>
          <w:pStyle w:val="a7"/>
          <w:jc w:val="center"/>
          <w:rPr>
            <w:rFonts w:ascii="Times New Roman" w:hAnsi="Times New Roman" w:cs="Times New Roman"/>
            <w:szCs w:val="24"/>
          </w:rPr>
        </w:pPr>
        <w:r w:rsidRPr="001613C3">
          <w:rPr>
            <w:rFonts w:ascii="Times New Roman" w:hAnsi="Times New Roman" w:cs="Times New Roman"/>
            <w:szCs w:val="24"/>
          </w:rPr>
          <w:fldChar w:fldCharType="begin"/>
        </w:r>
        <w:r w:rsidRPr="001613C3">
          <w:rPr>
            <w:rFonts w:ascii="Times New Roman" w:hAnsi="Times New Roman" w:cs="Times New Roman"/>
            <w:szCs w:val="24"/>
          </w:rPr>
          <w:instrText xml:space="preserve"> PAGE   \* MERGEFORMAT </w:instrText>
        </w:r>
        <w:r w:rsidRPr="001613C3">
          <w:rPr>
            <w:rFonts w:ascii="Times New Roman" w:hAnsi="Times New Roman" w:cs="Times New Roman"/>
            <w:szCs w:val="24"/>
          </w:rPr>
          <w:fldChar w:fldCharType="separate"/>
        </w:r>
        <w:r w:rsidRPr="001613C3">
          <w:rPr>
            <w:rFonts w:ascii="Times New Roman" w:hAnsi="Times New Roman" w:cs="Times New Roman"/>
            <w:noProof/>
            <w:szCs w:val="24"/>
          </w:rPr>
          <w:t>2</w:t>
        </w:r>
        <w:r w:rsidRPr="001613C3">
          <w:rPr>
            <w:rFonts w:ascii="Times New Roman" w:hAnsi="Times New Roman" w:cs="Times New Roman"/>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7CA6" w14:textId="77777777" w:rsidR="00130592" w:rsidRDefault="00130592" w:rsidP="006C3456">
      <w:pPr>
        <w:spacing w:after="0" w:line="240" w:lineRule="auto"/>
      </w:pPr>
      <w:r>
        <w:separator/>
      </w:r>
    </w:p>
  </w:footnote>
  <w:footnote w:type="continuationSeparator" w:id="0">
    <w:p w14:paraId="02561C81" w14:textId="77777777" w:rsidR="00130592" w:rsidRDefault="00130592" w:rsidP="006C34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2250"/>
        </w:tabs>
        <w:ind w:left="225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785"/>
        </w:tabs>
        <w:ind w:left="785" w:hanging="360"/>
      </w:pPr>
      <w:rPr>
        <w:rFonts w:ascii="Symbol" w:hAnsi="Symbol" w:hint="default"/>
      </w:rPr>
    </w:lvl>
  </w:abstractNum>
  <w:abstractNum w:abstractNumId="9" w15:restartNumberingAfterBreak="0">
    <w:nsid w:val="08E26BFD"/>
    <w:multiLevelType w:val="hybridMultilevel"/>
    <w:tmpl w:val="B23AF42C"/>
    <w:lvl w:ilvl="0" w:tplc="BA223D30">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116007"/>
    <w:multiLevelType w:val="hybridMultilevel"/>
    <w:tmpl w:val="9446A498"/>
    <w:lvl w:ilvl="0" w:tplc="29340CB2">
      <w:start w:val="1"/>
      <w:numFmt w:val="taiwaneseCountingThousand"/>
      <w:suff w:val="space"/>
      <w:lvlText w:val="%1、"/>
      <w:lvlJc w:val="left"/>
      <w:pPr>
        <w:ind w:left="170" w:hanging="170"/>
      </w:pPr>
      <w:rPr>
        <w:rFonts w:hint="eastAsia"/>
        <w:b/>
        <w:bCs/>
        <w:sz w:val="28"/>
        <w:szCs w:val="28"/>
      </w:rPr>
    </w:lvl>
    <w:lvl w:ilvl="1" w:tplc="0504AC4E">
      <w:start w:val="1"/>
      <w:numFmt w:val="taiwaneseCountingThousand"/>
      <w:lvlText w:val="(%2)"/>
      <w:lvlJc w:val="left"/>
      <w:pPr>
        <w:ind w:left="851" w:hanging="56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686AE6"/>
    <w:multiLevelType w:val="multilevel"/>
    <w:tmpl w:val="8E6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7E14AD"/>
    <w:multiLevelType w:val="hybridMultilevel"/>
    <w:tmpl w:val="7D547B42"/>
    <w:lvl w:ilvl="0" w:tplc="54C6ACDE">
      <w:start w:val="1"/>
      <w:numFmt w:val="bullet"/>
      <w:suff w:val="space"/>
      <w:lvlText w:val=""/>
      <w:lvlJc w:val="left"/>
      <w:pPr>
        <w:ind w:left="227" w:hanging="227"/>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F602CB7"/>
    <w:multiLevelType w:val="multilevel"/>
    <w:tmpl w:val="8E6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857C81"/>
    <w:multiLevelType w:val="hybridMultilevel"/>
    <w:tmpl w:val="262E01E6"/>
    <w:lvl w:ilvl="0" w:tplc="FFFFFFFF">
      <w:start w:val="1"/>
      <w:numFmt w:val="decimal"/>
      <w:suff w:val="space"/>
      <w:lvlText w:val="%1."/>
      <w:lvlJc w:val="left"/>
      <w:pPr>
        <w:ind w:left="567" w:firstLine="284"/>
      </w:pPr>
      <w:rPr>
        <w:rFonts w:hint="eastAsia"/>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5" w15:restartNumberingAfterBreak="0">
    <w:nsid w:val="406D5A98"/>
    <w:multiLevelType w:val="hybridMultilevel"/>
    <w:tmpl w:val="262E01E6"/>
    <w:lvl w:ilvl="0" w:tplc="FFFFFFFF">
      <w:start w:val="1"/>
      <w:numFmt w:val="decimal"/>
      <w:suff w:val="space"/>
      <w:lvlText w:val="%1."/>
      <w:lvlJc w:val="left"/>
      <w:pPr>
        <w:ind w:left="-284" w:firstLine="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54E506F"/>
    <w:multiLevelType w:val="hybridMultilevel"/>
    <w:tmpl w:val="262E01E6"/>
    <w:lvl w:ilvl="0" w:tplc="6FFC85EE">
      <w:start w:val="1"/>
      <w:numFmt w:val="decimal"/>
      <w:suff w:val="space"/>
      <w:lvlText w:val="%1."/>
      <w:lvlJc w:val="left"/>
      <w:pPr>
        <w:ind w:left="283" w:firstLine="284"/>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649C07CD"/>
    <w:multiLevelType w:val="hybridMultilevel"/>
    <w:tmpl w:val="BBFC3AD4"/>
    <w:lvl w:ilvl="0" w:tplc="ED36EAF0">
      <w:start w:val="1"/>
      <w:numFmt w:val="taiwaneseCountingThousand"/>
      <w:suff w:val="space"/>
      <w:lvlText w:val="(%1)"/>
      <w:lvlJc w:val="left"/>
      <w:pPr>
        <w:ind w:left="0" w:firstLine="0"/>
      </w:pPr>
      <w:rPr>
        <w:rFonts w:hint="default"/>
      </w:rPr>
    </w:lvl>
    <w:lvl w:ilvl="1" w:tplc="4972014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7"/>
  </w:num>
  <w:num w:numId="13">
    <w:abstractNumId w:val="11"/>
  </w:num>
  <w:num w:numId="14">
    <w:abstractNumId w:val="12"/>
  </w:num>
  <w:num w:numId="15">
    <w:abstractNumId w:val="16"/>
  </w:num>
  <w:num w:numId="16">
    <w:abstractNumId w:val="15"/>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01A"/>
    <w:rsid w:val="00003976"/>
    <w:rsid w:val="0002578A"/>
    <w:rsid w:val="00025E2C"/>
    <w:rsid w:val="00030ED4"/>
    <w:rsid w:val="00034616"/>
    <w:rsid w:val="00053E82"/>
    <w:rsid w:val="0006063C"/>
    <w:rsid w:val="0007138E"/>
    <w:rsid w:val="0007495C"/>
    <w:rsid w:val="00087E8B"/>
    <w:rsid w:val="000A2662"/>
    <w:rsid w:val="000A4841"/>
    <w:rsid w:val="000B5436"/>
    <w:rsid w:val="000E0937"/>
    <w:rsid w:val="000F3559"/>
    <w:rsid w:val="00130592"/>
    <w:rsid w:val="0015074B"/>
    <w:rsid w:val="00154F9E"/>
    <w:rsid w:val="001613C3"/>
    <w:rsid w:val="001755C1"/>
    <w:rsid w:val="001808DC"/>
    <w:rsid w:val="0018098B"/>
    <w:rsid w:val="001854EE"/>
    <w:rsid w:val="00195FAE"/>
    <w:rsid w:val="001A2FEB"/>
    <w:rsid w:val="001A7FDC"/>
    <w:rsid w:val="001E2AB9"/>
    <w:rsid w:val="00216D1A"/>
    <w:rsid w:val="00231821"/>
    <w:rsid w:val="00251027"/>
    <w:rsid w:val="00256678"/>
    <w:rsid w:val="00256DE8"/>
    <w:rsid w:val="0028395B"/>
    <w:rsid w:val="0029639D"/>
    <w:rsid w:val="00297DFB"/>
    <w:rsid w:val="002C3EA1"/>
    <w:rsid w:val="002D4E59"/>
    <w:rsid w:val="002F2C85"/>
    <w:rsid w:val="00316D1F"/>
    <w:rsid w:val="00326F90"/>
    <w:rsid w:val="00343D7E"/>
    <w:rsid w:val="00361BD6"/>
    <w:rsid w:val="00363EC1"/>
    <w:rsid w:val="00374ACC"/>
    <w:rsid w:val="003833C5"/>
    <w:rsid w:val="00384036"/>
    <w:rsid w:val="003A29AB"/>
    <w:rsid w:val="003B42A0"/>
    <w:rsid w:val="003D7556"/>
    <w:rsid w:val="003E5035"/>
    <w:rsid w:val="003F2D2A"/>
    <w:rsid w:val="00440C90"/>
    <w:rsid w:val="00450A72"/>
    <w:rsid w:val="00466D1C"/>
    <w:rsid w:val="004B573A"/>
    <w:rsid w:val="004B6568"/>
    <w:rsid w:val="004D75D5"/>
    <w:rsid w:val="004F75BC"/>
    <w:rsid w:val="0050167D"/>
    <w:rsid w:val="00517119"/>
    <w:rsid w:val="00536797"/>
    <w:rsid w:val="00547927"/>
    <w:rsid w:val="00564728"/>
    <w:rsid w:val="00567343"/>
    <w:rsid w:val="00571189"/>
    <w:rsid w:val="00573ADB"/>
    <w:rsid w:val="00582535"/>
    <w:rsid w:val="0058422E"/>
    <w:rsid w:val="00596687"/>
    <w:rsid w:val="005A2572"/>
    <w:rsid w:val="005A26BA"/>
    <w:rsid w:val="005C135D"/>
    <w:rsid w:val="005F38CD"/>
    <w:rsid w:val="006120AC"/>
    <w:rsid w:val="006377F8"/>
    <w:rsid w:val="00657AFD"/>
    <w:rsid w:val="006C3456"/>
    <w:rsid w:val="006C714B"/>
    <w:rsid w:val="006E1D93"/>
    <w:rsid w:val="006F2308"/>
    <w:rsid w:val="00700AED"/>
    <w:rsid w:val="00700B80"/>
    <w:rsid w:val="00723737"/>
    <w:rsid w:val="00727B03"/>
    <w:rsid w:val="007360DD"/>
    <w:rsid w:val="00745DFB"/>
    <w:rsid w:val="00752109"/>
    <w:rsid w:val="00763D40"/>
    <w:rsid w:val="00764A80"/>
    <w:rsid w:val="007A7D64"/>
    <w:rsid w:val="007B50FA"/>
    <w:rsid w:val="007B523C"/>
    <w:rsid w:val="007C78F8"/>
    <w:rsid w:val="007D77F5"/>
    <w:rsid w:val="0083795B"/>
    <w:rsid w:val="00856258"/>
    <w:rsid w:val="00870089"/>
    <w:rsid w:val="00877C28"/>
    <w:rsid w:val="00882544"/>
    <w:rsid w:val="00883244"/>
    <w:rsid w:val="008B2FDE"/>
    <w:rsid w:val="008C2A80"/>
    <w:rsid w:val="008D55D0"/>
    <w:rsid w:val="008F023D"/>
    <w:rsid w:val="00921016"/>
    <w:rsid w:val="0096740C"/>
    <w:rsid w:val="00981AB0"/>
    <w:rsid w:val="00985939"/>
    <w:rsid w:val="00987768"/>
    <w:rsid w:val="009A3B04"/>
    <w:rsid w:val="009B2417"/>
    <w:rsid w:val="009B36E7"/>
    <w:rsid w:val="009C47E4"/>
    <w:rsid w:val="009C6F75"/>
    <w:rsid w:val="009F2018"/>
    <w:rsid w:val="009F4DD3"/>
    <w:rsid w:val="009F6FF8"/>
    <w:rsid w:val="00A03FCE"/>
    <w:rsid w:val="00A16414"/>
    <w:rsid w:val="00A26A3B"/>
    <w:rsid w:val="00A46E47"/>
    <w:rsid w:val="00A64425"/>
    <w:rsid w:val="00A74519"/>
    <w:rsid w:val="00A90819"/>
    <w:rsid w:val="00AA1D8D"/>
    <w:rsid w:val="00AC5A80"/>
    <w:rsid w:val="00B20E63"/>
    <w:rsid w:val="00B21E54"/>
    <w:rsid w:val="00B347FC"/>
    <w:rsid w:val="00B47730"/>
    <w:rsid w:val="00B62328"/>
    <w:rsid w:val="00B74B4D"/>
    <w:rsid w:val="00B83BAB"/>
    <w:rsid w:val="00BB52D8"/>
    <w:rsid w:val="00BC37C6"/>
    <w:rsid w:val="00BF2B98"/>
    <w:rsid w:val="00C021D6"/>
    <w:rsid w:val="00C0762E"/>
    <w:rsid w:val="00C1504D"/>
    <w:rsid w:val="00C248E0"/>
    <w:rsid w:val="00C44731"/>
    <w:rsid w:val="00C53626"/>
    <w:rsid w:val="00C754F2"/>
    <w:rsid w:val="00C771A8"/>
    <w:rsid w:val="00C86900"/>
    <w:rsid w:val="00C91CCC"/>
    <w:rsid w:val="00C93653"/>
    <w:rsid w:val="00CA1443"/>
    <w:rsid w:val="00CB0664"/>
    <w:rsid w:val="00CB5043"/>
    <w:rsid w:val="00CC026F"/>
    <w:rsid w:val="00CD50F9"/>
    <w:rsid w:val="00CF1821"/>
    <w:rsid w:val="00D21A15"/>
    <w:rsid w:val="00D35176"/>
    <w:rsid w:val="00D47F40"/>
    <w:rsid w:val="00D825E7"/>
    <w:rsid w:val="00D85FBF"/>
    <w:rsid w:val="00DB73F3"/>
    <w:rsid w:val="00E14062"/>
    <w:rsid w:val="00E20715"/>
    <w:rsid w:val="00E70898"/>
    <w:rsid w:val="00EC06A5"/>
    <w:rsid w:val="00F22888"/>
    <w:rsid w:val="00F26490"/>
    <w:rsid w:val="00F51D59"/>
    <w:rsid w:val="00F64B2F"/>
    <w:rsid w:val="00F70980"/>
    <w:rsid w:val="00F80EC4"/>
    <w:rsid w:val="00FA2E64"/>
    <w:rsid w:val="00FB4837"/>
    <w:rsid w:val="00FC693F"/>
    <w:rsid w:val="00FC7883"/>
    <w:rsid w:val="00FF7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BAF463"/>
  <w14:defaultImageDpi w14:val="300"/>
  <w15:docId w15:val="{8474FC5E-3504-40D6-A775-658EAB65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微軟正黑體" w:eastAsia="微軟正黑體" w:hAnsi="微軟正黑體"/>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Hyperlink"/>
    <w:basedOn w:val="a2"/>
    <w:uiPriority w:val="99"/>
    <w:unhideWhenUsed/>
    <w:rsid w:val="00596687"/>
    <w:rPr>
      <w:color w:val="0000FF" w:themeColor="hyperlink"/>
      <w:u w:val="single"/>
    </w:rPr>
  </w:style>
  <w:style w:type="character" w:styleId="affb">
    <w:name w:val="Unresolved Mention"/>
    <w:basedOn w:val="a2"/>
    <w:uiPriority w:val="99"/>
    <w:semiHidden/>
    <w:unhideWhenUsed/>
    <w:rsid w:val="00596687"/>
    <w:rPr>
      <w:color w:val="605E5C"/>
      <w:shd w:val="clear" w:color="auto" w:fill="E1DFDD"/>
    </w:rPr>
  </w:style>
  <w:style w:type="paragraph" w:styleId="Web">
    <w:name w:val="Normal (Web)"/>
    <w:basedOn w:val="a1"/>
    <w:uiPriority w:val="99"/>
    <w:semiHidden/>
    <w:unhideWhenUsed/>
    <w:rsid w:val="00D35176"/>
    <w:pPr>
      <w:spacing w:before="100" w:beforeAutospacing="1" w:after="100" w:afterAutospacing="1" w:line="240" w:lineRule="auto"/>
    </w:pPr>
    <w:rPr>
      <w:rFonts w:ascii="新細明體" w:eastAsia="新細明體" w:hAnsi="新細明體" w:cs="新細明體"/>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cass@ms35.hinet.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ccass@ms35.hine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64</cp:revision>
  <cp:lastPrinted>2026-06-29T06:20:00Z</cp:lastPrinted>
  <dcterms:created xsi:type="dcterms:W3CDTF">2026-05-25T03:38:00Z</dcterms:created>
  <dcterms:modified xsi:type="dcterms:W3CDTF">2026-07-14T02:42:00Z</dcterms:modified>
  <cp:category/>
</cp:coreProperties>
</file>